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10181"/>
      </w:tblGrid>
      <w:tr w:rsidR="00941D99" w:rsidRPr="00AA7F0A" w14:paraId="4070E6F1" w14:textId="77777777">
        <w:trPr>
          <w:jc w:val="center"/>
        </w:trPr>
        <w:tc>
          <w:tcPr>
            <w:tcW w:w="10181" w:type="dxa"/>
            <w:tcBorders>
              <w:bottom w:val="single" w:sz="12" w:space="0" w:color="1A365D"/>
            </w:tcBorders>
            <w:tcMar>
              <w:top w:w="0" w:type="dxa"/>
              <w:left w:w="0" w:type="dxa"/>
              <w:bottom w:w="40" w:type="dxa"/>
              <w:right w:w="0" w:type="dxa"/>
            </w:tcMar>
          </w:tcPr>
          <w:p w14:paraId="0778CD84" w14:textId="74FE9AE2" w:rsidR="00941D99" w:rsidRPr="00AA7F0A" w:rsidRDefault="00226AE4" w:rsidP="00AA7F0A">
            <w:pPr>
              <w:spacing w:after="40"/>
              <w:jc w:val="center"/>
              <w:rPr>
                <w:rFonts w:asciiTheme="majorHAnsi" w:hAnsiTheme="majorHAnsi" w:cstheme="majorHAnsi"/>
              </w:rPr>
            </w:pPr>
            <w:r w:rsidRPr="00AA7F0A">
              <w:rPr>
                <w:rFonts w:asciiTheme="majorHAnsi" w:hAnsiTheme="majorHAnsi" w:cstheme="majorHAnsi"/>
                <w:b/>
                <w:color w:val="1A365D"/>
              </w:rPr>
              <w:t>AUTORIZZAZIONE ALL'USCITA AUTONOMA AL TERMINE DELLE LEZIONI</w:t>
            </w:r>
            <w:r w:rsidRPr="00AA7F0A">
              <w:rPr>
                <w:rFonts w:asciiTheme="majorHAnsi" w:hAnsiTheme="majorHAnsi" w:cstheme="majorHAnsi"/>
                <w:b/>
                <w:color w:val="1A365D"/>
              </w:rPr>
              <w:br/>
            </w:r>
            <w:r w:rsidRPr="00AA7F0A">
              <w:rPr>
                <w:rFonts w:asciiTheme="majorHAnsi" w:hAnsiTheme="majorHAnsi" w:cstheme="majorHAnsi"/>
                <w:b/>
                <w:color w:val="475569"/>
                <w:sz w:val="17"/>
              </w:rPr>
              <w:t>PER GLI ALUNNI MINORI DI ANNI 14 (Art. 19-bis D.L. 148/2017 conv. in L. 172/2017)</w:t>
            </w:r>
            <w:r w:rsidRPr="00AA7F0A">
              <w:rPr>
                <w:rFonts w:asciiTheme="majorHAnsi" w:hAnsiTheme="majorHAnsi" w:cstheme="majorHAnsi"/>
                <w:b/>
                <w:color w:val="475569"/>
                <w:sz w:val="17"/>
              </w:rPr>
              <w:br/>
            </w:r>
            <w:r w:rsidRPr="00AA7F0A">
              <w:rPr>
                <w:rFonts w:asciiTheme="majorHAnsi" w:hAnsiTheme="majorHAnsi" w:cstheme="majorHAnsi"/>
                <w:i/>
                <w:color w:val="475569"/>
                <w:sz w:val="16"/>
              </w:rPr>
              <w:t>Dichiarazione sostitutiva dell'atto di notorietà (art. 47 D.P.R. 28 dicembre 2000, n. 445)</w:t>
            </w:r>
          </w:p>
        </w:tc>
      </w:tr>
    </w:tbl>
    <w:p w14:paraId="465888E9" w14:textId="77777777" w:rsidR="00941D99" w:rsidRPr="00AA7F0A" w:rsidRDefault="00941D99">
      <w:pPr>
        <w:spacing w:before="60" w:after="60"/>
        <w:rPr>
          <w:rFonts w:asciiTheme="majorHAnsi" w:hAnsiTheme="majorHAnsi" w:cstheme="majorHAnsi"/>
        </w:rPr>
      </w:pPr>
    </w:p>
    <w:tbl>
      <w:tblPr>
        <w:tblW w:w="0" w:type="auto"/>
        <w:jc w:val="center"/>
        <w:tblLook w:val="04A0" w:firstRow="1" w:lastRow="0" w:firstColumn="1" w:lastColumn="0" w:noHBand="0" w:noVBand="1"/>
      </w:tblPr>
      <w:tblGrid>
        <w:gridCol w:w="1268"/>
        <w:gridCol w:w="3741"/>
        <w:gridCol w:w="1280"/>
        <w:gridCol w:w="3785"/>
        <w:gridCol w:w="77"/>
      </w:tblGrid>
      <w:tr w:rsidR="00941D99" w:rsidRPr="00AC071F" w14:paraId="24598D41" w14:textId="77777777">
        <w:trPr>
          <w:gridAfter w:val="1"/>
          <w:wAfter w:w="79" w:type="dxa"/>
          <w:jc w:val="center"/>
        </w:trPr>
        <w:tc>
          <w:tcPr>
            <w:tcW w:w="10181" w:type="dxa"/>
            <w:gridSpan w:val="4"/>
            <w:tcBorders>
              <w:left w:val="single" w:sz="24" w:space="0" w:color="1A365D"/>
            </w:tcBorders>
            <w:shd w:val="clear" w:color="auto" w:fill="F1F5F9"/>
            <w:tcMar>
              <w:top w:w="60" w:type="dxa"/>
              <w:left w:w="120" w:type="dxa"/>
              <w:bottom w:w="60" w:type="dxa"/>
              <w:right w:w="120" w:type="dxa"/>
            </w:tcMar>
          </w:tcPr>
          <w:p w14:paraId="4D8938EC"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 xml:space="preserve">1. DATI DEI </w:t>
            </w:r>
            <w:r w:rsidRPr="00AC071F">
              <w:rPr>
                <w:rFonts w:asciiTheme="majorHAnsi" w:hAnsiTheme="majorHAnsi" w:cstheme="majorHAnsi"/>
                <w:b/>
                <w:color w:val="1A365D"/>
                <w:sz w:val="20"/>
                <w:szCs w:val="20"/>
              </w:rPr>
              <w:t>GENITORI / ESERCENTI LA RESPONSABILITÀ GENITORIALE</w:t>
            </w:r>
          </w:p>
        </w:tc>
      </w:tr>
      <w:tr w:rsidR="00941D99" w:rsidRPr="00AC071F" w14:paraId="6E3DB9FE" w14:textId="77777777" w:rsidTr="00AC071F">
        <w:trPr>
          <w:jc w:val="center"/>
        </w:trPr>
        <w:tc>
          <w:tcPr>
            <w:tcW w:w="1296" w:type="dxa"/>
            <w:tcMar>
              <w:top w:w="40" w:type="dxa"/>
              <w:left w:w="40" w:type="dxa"/>
              <w:bottom w:w="40" w:type="dxa"/>
              <w:right w:w="40" w:type="dxa"/>
            </w:tcMar>
          </w:tcPr>
          <w:p w14:paraId="1A8CB016"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PADRE:</w:t>
            </w:r>
          </w:p>
        </w:tc>
        <w:tc>
          <w:tcPr>
            <w:tcW w:w="3744" w:type="dxa"/>
            <w:tcMar>
              <w:top w:w="40" w:type="dxa"/>
              <w:left w:w="40" w:type="dxa"/>
              <w:bottom w:w="40" w:type="dxa"/>
              <w:right w:w="40" w:type="dxa"/>
            </w:tcMar>
          </w:tcPr>
          <w:p w14:paraId="224BFBAF"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____________________________________</w:t>
            </w:r>
          </w:p>
        </w:tc>
        <w:tc>
          <w:tcPr>
            <w:tcW w:w="1296" w:type="dxa"/>
            <w:tcMar>
              <w:top w:w="40" w:type="dxa"/>
              <w:left w:w="40" w:type="dxa"/>
              <w:bottom w:w="40" w:type="dxa"/>
              <w:right w:w="40" w:type="dxa"/>
            </w:tcMar>
          </w:tcPr>
          <w:p w14:paraId="58032B2F"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Cod. Fisc.:</w:t>
            </w:r>
          </w:p>
        </w:tc>
        <w:tc>
          <w:tcPr>
            <w:tcW w:w="3924" w:type="dxa"/>
            <w:gridSpan w:val="2"/>
            <w:tcMar>
              <w:top w:w="40" w:type="dxa"/>
              <w:left w:w="40" w:type="dxa"/>
              <w:bottom w:w="40" w:type="dxa"/>
              <w:right w:w="40" w:type="dxa"/>
            </w:tcMar>
          </w:tcPr>
          <w:p w14:paraId="0C9C9646"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w:t>
            </w:r>
          </w:p>
        </w:tc>
      </w:tr>
      <w:tr w:rsidR="00941D99" w:rsidRPr="00AC071F" w14:paraId="5DB7EFF0" w14:textId="77777777" w:rsidTr="00AC071F">
        <w:trPr>
          <w:jc w:val="center"/>
        </w:trPr>
        <w:tc>
          <w:tcPr>
            <w:tcW w:w="1296" w:type="dxa"/>
            <w:tcMar>
              <w:top w:w="40" w:type="dxa"/>
              <w:left w:w="40" w:type="dxa"/>
              <w:bottom w:w="40" w:type="dxa"/>
              <w:right w:w="40" w:type="dxa"/>
            </w:tcMar>
          </w:tcPr>
          <w:p w14:paraId="511538D0"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Nato a:</w:t>
            </w:r>
          </w:p>
        </w:tc>
        <w:tc>
          <w:tcPr>
            <w:tcW w:w="3744" w:type="dxa"/>
            <w:tcMar>
              <w:top w:w="40" w:type="dxa"/>
              <w:left w:w="40" w:type="dxa"/>
              <w:bottom w:w="40" w:type="dxa"/>
              <w:right w:w="40" w:type="dxa"/>
            </w:tcMar>
          </w:tcPr>
          <w:p w14:paraId="363160D9"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____________________________________</w:t>
            </w:r>
          </w:p>
        </w:tc>
        <w:tc>
          <w:tcPr>
            <w:tcW w:w="1296" w:type="dxa"/>
            <w:tcMar>
              <w:top w:w="40" w:type="dxa"/>
              <w:left w:w="40" w:type="dxa"/>
              <w:bottom w:w="40" w:type="dxa"/>
              <w:right w:w="40" w:type="dxa"/>
            </w:tcMar>
          </w:tcPr>
          <w:p w14:paraId="1F5D4425"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il:</w:t>
            </w:r>
          </w:p>
        </w:tc>
        <w:tc>
          <w:tcPr>
            <w:tcW w:w="3924" w:type="dxa"/>
            <w:gridSpan w:val="2"/>
            <w:tcMar>
              <w:top w:w="40" w:type="dxa"/>
              <w:left w:w="40" w:type="dxa"/>
              <w:bottom w:w="40" w:type="dxa"/>
              <w:right w:w="40" w:type="dxa"/>
            </w:tcMar>
          </w:tcPr>
          <w:p w14:paraId="580BF4B7"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w:t>
            </w:r>
          </w:p>
        </w:tc>
      </w:tr>
      <w:tr w:rsidR="00941D99" w:rsidRPr="00AC071F" w14:paraId="7C6894C5" w14:textId="77777777" w:rsidTr="00AC071F">
        <w:trPr>
          <w:jc w:val="center"/>
        </w:trPr>
        <w:tc>
          <w:tcPr>
            <w:tcW w:w="1296" w:type="dxa"/>
            <w:tcMar>
              <w:top w:w="40" w:type="dxa"/>
              <w:left w:w="40" w:type="dxa"/>
              <w:bottom w:w="40" w:type="dxa"/>
              <w:right w:w="40" w:type="dxa"/>
            </w:tcMar>
          </w:tcPr>
          <w:p w14:paraId="747CB3C2"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Residente:</w:t>
            </w:r>
          </w:p>
        </w:tc>
        <w:tc>
          <w:tcPr>
            <w:tcW w:w="3744" w:type="dxa"/>
            <w:tcMar>
              <w:top w:w="40" w:type="dxa"/>
              <w:left w:w="40" w:type="dxa"/>
              <w:bottom w:w="40" w:type="dxa"/>
              <w:right w:w="40" w:type="dxa"/>
            </w:tcMar>
          </w:tcPr>
          <w:p w14:paraId="6F09170E"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____________________________________</w:t>
            </w:r>
          </w:p>
        </w:tc>
        <w:tc>
          <w:tcPr>
            <w:tcW w:w="1296" w:type="dxa"/>
            <w:tcMar>
              <w:top w:w="40" w:type="dxa"/>
              <w:left w:w="40" w:type="dxa"/>
              <w:bottom w:w="40" w:type="dxa"/>
              <w:right w:w="40" w:type="dxa"/>
            </w:tcMar>
          </w:tcPr>
          <w:p w14:paraId="4AC65E69"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Tel/Email:</w:t>
            </w:r>
          </w:p>
        </w:tc>
        <w:tc>
          <w:tcPr>
            <w:tcW w:w="3924" w:type="dxa"/>
            <w:gridSpan w:val="2"/>
            <w:tcMar>
              <w:top w:w="40" w:type="dxa"/>
              <w:left w:w="40" w:type="dxa"/>
              <w:bottom w:w="40" w:type="dxa"/>
              <w:right w:w="40" w:type="dxa"/>
            </w:tcMar>
          </w:tcPr>
          <w:p w14:paraId="3720B265"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w:t>
            </w:r>
          </w:p>
        </w:tc>
      </w:tr>
      <w:tr w:rsidR="00AC071F" w:rsidRPr="00AC071F" w14:paraId="4F4DEFB0" w14:textId="77777777" w:rsidTr="00AC071F">
        <w:trPr>
          <w:jc w:val="center"/>
        </w:trPr>
        <w:tc>
          <w:tcPr>
            <w:tcW w:w="1296" w:type="dxa"/>
            <w:tcMar>
              <w:top w:w="40" w:type="dxa"/>
              <w:left w:w="40" w:type="dxa"/>
              <w:bottom w:w="40" w:type="dxa"/>
              <w:right w:w="40" w:type="dxa"/>
            </w:tcMar>
          </w:tcPr>
          <w:p w14:paraId="0AC8305B" w14:textId="77777777" w:rsidR="00AC071F" w:rsidRPr="00AC071F" w:rsidRDefault="00AC071F">
            <w:pPr>
              <w:spacing w:after="0"/>
              <w:rPr>
                <w:rFonts w:asciiTheme="majorHAnsi" w:hAnsiTheme="majorHAnsi" w:cstheme="majorHAnsi"/>
                <w:b/>
                <w:color w:val="1A365D"/>
                <w:sz w:val="20"/>
                <w:szCs w:val="20"/>
              </w:rPr>
            </w:pPr>
          </w:p>
        </w:tc>
        <w:tc>
          <w:tcPr>
            <w:tcW w:w="3744" w:type="dxa"/>
            <w:tcMar>
              <w:top w:w="40" w:type="dxa"/>
              <w:left w:w="40" w:type="dxa"/>
              <w:bottom w:w="40" w:type="dxa"/>
              <w:right w:w="40" w:type="dxa"/>
            </w:tcMar>
          </w:tcPr>
          <w:p w14:paraId="3CF3DC7D" w14:textId="77777777" w:rsidR="00AC071F" w:rsidRPr="00AC071F" w:rsidRDefault="00AC071F">
            <w:pPr>
              <w:spacing w:after="0"/>
              <w:rPr>
                <w:rFonts w:asciiTheme="majorHAnsi" w:hAnsiTheme="majorHAnsi" w:cstheme="majorHAnsi"/>
                <w:color w:val="94A3B8"/>
                <w:sz w:val="20"/>
                <w:szCs w:val="20"/>
              </w:rPr>
            </w:pPr>
          </w:p>
        </w:tc>
        <w:tc>
          <w:tcPr>
            <w:tcW w:w="1296" w:type="dxa"/>
            <w:tcMar>
              <w:top w:w="40" w:type="dxa"/>
              <w:left w:w="40" w:type="dxa"/>
              <w:bottom w:w="40" w:type="dxa"/>
              <w:right w:w="40" w:type="dxa"/>
            </w:tcMar>
          </w:tcPr>
          <w:p w14:paraId="725E818C" w14:textId="77777777" w:rsidR="00AC071F" w:rsidRPr="00AC071F" w:rsidRDefault="00AC071F">
            <w:pPr>
              <w:spacing w:after="0"/>
              <w:rPr>
                <w:rFonts w:asciiTheme="majorHAnsi" w:hAnsiTheme="majorHAnsi" w:cstheme="majorHAnsi"/>
                <w:b/>
                <w:color w:val="1A365D"/>
                <w:sz w:val="20"/>
                <w:szCs w:val="20"/>
              </w:rPr>
            </w:pPr>
          </w:p>
        </w:tc>
        <w:tc>
          <w:tcPr>
            <w:tcW w:w="3924" w:type="dxa"/>
            <w:gridSpan w:val="2"/>
            <w:tcMar>
              <w:top w:w="40" w:type="dxa"/>
              <w:left w:w="40" w:type="dxa"/>
              <w:bottom w:w="40" w:type="dxa"/>
              <w:right w:w="40" w:type="dxa"/>
            </w:tcMar>
          </w:tcPr>
          <w:p w14:paraId="2E9CC568" w14:textId="77777777" w:rsidR="00AC071F" w:rsidRPr="00AC071F" w:rsidRDefault="00AC071F">
            <w:pPr>
              <w:spacing w:after="0"/>
              <w:rPr>
                <w:rFonts w:asciiTheme="majorHAnsi" w:hAnsiTheme="majorHAnsi" w:cstheme="majorHAnsi"/>
                <w:color w:val="94A3B8"/>
                <w:sz w:val="20"/>
                <w:szCs w:val="20"/>
              </w:rPr>
            </w:pPr>
          </w:p>
        </w:tc>
      </w:tr>
      <w:tr w:rsidR="00941D99" w:rsidRPr="00AC071F" w14:paraId="199A604A" w14:textId="77777777" w:rsidTr="00AC071F">
        <w:trPr>
          <w:jc w:val="center"/>
        </w:trPr>
        <w:tc>
          <w:tcPr>
            <w:tcW w:w="1296" w:type="dxa"/>
            <w:tcMar>
              <w:top w:w="40" w:type="dxa"/>
              <w:left w:w="40" w:type="dxa"/>
              <w:bottom w:w="40" w:type="dxa"/>
              <w:right w:w="40" w:type="dxa"/>
            </w:tcMar>
          </w:tcPr>
          <w:p w14:paraId="53203FBA"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MADRE:</w:t>
            </w:r>
          </w:p>
        </w:tc>
        <w:tc>
          <w:tcPr>
            <w:tcW w:w="3744" w:type="dxa"/>
            <w:tcMar>
              <w:top w:w="40" w:type="dxa"/>
              <w:left w:w="40" w:type="dxa"/>
              <w:bottom w:w="40" w:type="dxa"/>
              <w:right w:w="40" w:type="dxa"/>
            </w:tcMar>
          </w:tcPr>
          <w:p w14:paraId="1739ADA5"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____________________________________</w:t>
            </w:r>
          </w:p>
        </w:tc>
        <w:tc>
          <w:tcPr>
            <w:tcW w:w="1296" w:type="dxa"/>
            <w:tcMar>
              <w:top w:w="40" w:type="dxa"/>
              <w:left w:w="40" w:type="dxa"/>
              <w:bottom w:w="40" w:type="dxa"/>
              <w:right w:w="40" w:type="dxa"/>
            </w:tcMar>
          </w:tcPr>
          <w:p w14:paraId="1AC75C13"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Cod. Fisc.:</w:t>
            </w:r>
          </w:p>
        </w:tc>
        <w:tc>
          <w:tcPr>
            <w:tcW w:w="3924" w:type="dxa"/>
            <w:gridSpan w:val="2"/>
            <w:tcMar>
              <w:top w:w="40" w:type="dxa"/>
              <w:left w:w="40" w:type="dxa"/>
              <w:bottom w:w="40" w:type="dxa"/>
              <w:right w:w="40" w:type="dxa"/>
            </w:tcMar>
          </w:tcPr>
          <w:p w14:paraId="6D24032A"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w:t>
            </w:r>
          </w:p>
        </w:tc>
      </w:tr>
      <w:tr w:rsidR="00941D99" w:rsidRPr="00AC071F" w14:paraId="20362FF6" w14:textId="77777777" w:rsidTr="00AC071F">
        <w:trPr>
          <w:jc w:val="center"/>
        </w:trPr>
        <w:tc>
          <w:tcPr>
            <w:tcW w:w="1296" w:type="dxa"/>
            <w:tcMar>
              <w:top w:w="40" w:type="dxa"/>
              <w:left w:w="40" w:type="dxa"/>
              <w:bottom w:w="40" w:type="dxa"/>
              <w:right w:w="40" w:type="dxa"/>
            </w:tcMar>
          </w:tcPr>
          <w:p w14:paraId="526CBE4A"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Nata a:</w:t>
            </w:r>
          </w:p>
        </w:tc>
        <w:tc>
          <w:tcPr>
            <w:tcW w:w="3744" w:type="dxa"/>
            <w:tcMar>
              <w:top w:w="40" w:type="dxa"/>
              <w:left w:w="40" w:type="dxa"/>
              <w:bottom w:w="40" w:type="dxa"/>
              <w:right w:w="40" w:type="dxa"/>
            </w:tcMar>
          </w:tcPr>
          <w:p w14:paraId="30CCFAB2"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____________________________________</w:t>
            </w:r>
          </w:p>
        </w:tc>
        <w:tc>
          <w:tcPr>
            <w:tcW w:w="1296" w:type="dxa"/>
            <w:tcMar>
              <w:top w:w="40" w:type="dxa"/>
              <w:left w:w="40" w:type="dxa"/>
              <w:bottom w:w="40" w:type="dxa"/>
              <w:right w:w="40" w:type="dxa"/>
            </w:tcMar>
          </w:tcPr>
          <w:p w14:paraId="42BA4206"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il:</w:t>
            </w:r>
          </w:p>
        </w:tc>
        <w:tc>
          <w:tcPr>
            <w:tcW w:w="3924" w:type="dxa"/>
            <w:gridSpan w:val="2"/>
            <w:tcMar>
              <w:top w:w="40" w:type="dxa"/>
              <w:left w:w="40" w:type="dxa"/>
              <w:bottom w:w="40" w:type="dxa"/>
              <w:right w:w="40" w:type="dxa"/>
            </w:tcMar>
          </w:tcPr>
          <w:p w14:paraId="7E83C554"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w:t>
            </w:r>
          </w:p>
        </w:tc>
      </w:tr>
      <w:tr w:rsidR="00941D99" w:rsidRPr="00AC071F" w14:paraId="4E4B716D" w14:textId="77777777" w:rsidTr="00AC071F">
        <w:trPr>
          <w:jc w:val="center"/>
        </w:trPr>
        <w:tc>
          <w:tcPr>
            <w:tcW w:w="1296" w:type="dxa"/>
            <w:tcMar>
              <w:top w:w="40" w:type="dxa"/>
              <w:left w:w="40" w:type="dxa"/>
              <w:bottom w:w="40" w:type="dxa"/>
              <w:right w:w="40" w:type="dxa"/>
            </w:tcMar>
          </w:tcPr>
          <w:p w14:paraId="59DAC15D"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Residente:</w:t>
            </w:r>
          </w:p>
        </w:tc>
        <w:tc>
          <w:tcPr>
            <w:tcW w:w="3744" w:type="dxa"/>
            <w:tcMar>
              <w:top w:w="40" w:type="dxa"/>
              <w:left w:w="40" w:type="dxa"/>
              <w:bottom w:w="40" w:type="dxa"/>
              <w:right w:w="40" w:type="dxa"/>
            </w:tcMar>
          </w:tcPr>
          <w:p w14:paraId="3838F430"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____________________________________</w:t>
            </w:r>
          </w:p>
        </w:tc>
        <w:tc>
          <w:tcPr>
            <w:tcW w:w="1296" w:type="dxa"/>
            <w:tcMar>
              <w:top w:w="40" w:type="dxa"/>
              <w:left w:w="40" w:type="dxa"/>
              <w:bottom w:w="40" w:type="dxa"/>
              <w:right w:w="40" w:type="dxa"/>
            </w:tcMar>
          </w:tcPr>
          <w:p w14:paraId="7BFCA263"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Tel/Email:</w:t>
            </w:r>
          </w:p>
        </w:tc>
        <w:tc>
          <w:tcPr>
            <w:tcW w:w="3924" w:type="dxa"/>
            <w:gridSpan w:val="2"/>
            <w:tcMar>
              <w:top w:w="40" w:type="dxa"/>
              <w:left w:w="40" w:type="dxa"/>
              <w:bottom w:w="40" w:type="dxa"/>
              <w:right w:w="40" w:type="dxa"/>
            </w:tcMar>
          </w:tcPr>
          <w:p w14:paraId="25EE9EB6"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w:t>
            </w:r>
          </w:p>
        </w:tc>
      </w:tr>
    </w:tbl>
    <w:p w14:paraId="3F4B3D1D" w14:textId="77777777" w:rsidR="00941D99" w:rsidRPr="00AC071F" w:rsidRDefault="00941D99">
      <w:pPr>
        <w:spacing w:before="60" w:after="60"/>
        <w:rPr>
          <w:rFonts w:asciiTheme="majorHAnsi" w:hAnsiTheme="majorHAnsi" w:cstheme="majorHAnsi"/>
          <w:sz w:val="20"/>
          <w:szCs w:val="20"/>
        </w:rPr>
      </w:pPr>
    </w:p>
    <w:tbl>
      <w:tblPr>
        <w:tblW w:w="0" w:type="auto"/>
        <w:jc w:val="center"/>
        <w:tblLook w:val="04A0" w:firstRow="1" w:lastRow="0" w:firstColumn="1" w:lastColumn="0" w:noHBand="0" w:noVBand="1"/>
      </w:tblPr>
      <w:tblGrid>
        <w:gridCol w:w="1666"/>
        <w:gridCol w:w="4541"/>
        <w:gridCol w:w="1010"/>
        <w:gridCol w:w="2870"/>
        <w:gridCol w:w="40"/>
      </w:tblGrid>
      <w:tr w:rsidR="00941D99" w:rsidRPr="00AC071F" w14:paraId="3B8F69D4" w14:textId="77777777" w:rsidTr="00F333C5">
        <w:trPr>
          <w:jc w:val="center"/>
        </w:trPr>
        <w:tc>
          <w:tcPr>
            <w:tcW w:w="10076" w:type="dxa"/>
            <w:gridSpan w:val="5"/>
            <w:tcBorders>
              <w:left w:val="single" w:sz="24" w:space="0" w:color="1A365D"/>
            </w:tcBorders>
            <w:shd w:val="clear" w:color="auto" w:fill="F1F5F9"/>
            <w:tcMar>
              <w:top w:w="60" w:type="dxa"/>
              <w:left w:w="120" w:type="dxa"/>
              <w:bottom w:w="60" w:type="dxa"/>
              <w:right w:w="120" w:type="dxa"/>
            </w:tcMar>
          </w:tcPr>
          <w:p w14:paraId="44744532"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2. DATI DELL'ALUNNO/A E PLESSO DI FREQUENZA</w:t>
            </w:r>
          </w:p>
        </w:tc>
      </w:tr>
      <w:tr w:rsidR="00941D99" w:rsidRPr="00AC071F" w14:paraId="0E4FC6E8" w14:textId="77777777" w:rsidTr="00F333C5">
        <w:trPr>
          <w:gridAfter w:val="1"/>
          <w:wAfter w:w="40" w:type="dxa"/>
          <w:jc w:val="center"/>
        </w:trPr>
        <w:tc>
          <w:tcPr>
            <w:tcW w:w="1666" w:type="dxa"/>
            <w:tcMar>
              <w:top w:w="50" w:type="dxa"/>
              <w:left w:w="40" w:type="dxa"/>
              <w:bottom w:w="50" w:type="dxa"/>
              <w:right w:w="40" w:type="dxa"/>
            </w:tcMar>
          </w:tcPr>
          <w:p w14:paraId="07DBBB9E" w14:textId="77777777" w:rsidR="00941D99" w:rsidRPr="00AC071F" w:rsidRDefault="00226AE4">
            <w:pPr>
              <w:spacing w:after="0"/>
              <w:rPr>
                <w:rFonts w:asciiTheme="majorHAnsi" w:hAnsiTheme="majorHAnsi" w:cstheme="majorHAnsi"/>
                <w:sz w:val="20"/>
                <w:szCs w:val="20"/>
              </w:rPr>
            </w:pPr>
            <w:proofErr w:type="spellStart"/>
            <w:r w:rsidRPr="00AC071F">
              <w:rPr>
                <w:rFonts w:asciiTheme="majorHAnsi" w:hAnsiTheme="majorHAnsi" w:cstheme="majorHAnsi"/>
                <w:b/>
                <w:color w:val="1A365D"/>
                <w:sz w:val="20"/>
                <w:szCs w:val="20"/>
              </w:rPr>
              <w:t>Cognome</w:t>
            </w:r>
            <w:proofErr w:type="spellEnd"/>
            <w:r w:rsidRPr="00AC071F">
              <w:rPr>
                <w:rFonts w:asciiTheme="majorHAnsi" w:hAnsiTheme="majorHAnsi" w:cstheme="majorHAnsi"/>
                <w:b/>
                <w:color w:val="1A365D"/>
                <w:sz w:val="20"/>
                <w:szCs w:val="20"/>
              </w:rPr>
              <w:t xml:space="preserve"> e Nome:</w:t>
            </w:r>
          </w:p>
        </w:tc>
        <w:tc>
          <w:tcPr>
            <w:tcW w:w="4541" w:type="dxa"/>
            <w:tcMar>
              <w:top w:w="50" w:type="dxa"/>
              <w:left w:w="40" w:type="dxa"/>
              <w:bottom w:w="50" w:type="dxa"/>
              <w:right w:w="40" w:type="dxa"/>
            </w:tcMar>
          </w:tcPr>
          <w:p w14:paraId="13B94876" w14:textId="7473979A"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______________________________</w:t>
            </w:r>
            <w:r w:rsidR="008C05D9">
              <w:rPr>
                <w:rFonts w:asciiTheme="majorHAnsi" w:hAnsiTheme="majorHAnsi" w:cstheme="majorHAnsi"/>
                <w:color w:val="94A3B8"/>
                <w:sz w:val="20"/>
                <w:szCs w:val="20"/>
              </w:rPr>
              <w:t>__________</w:t>
            </w:r>
            <w:r w:rsidRPr="00AC071F">
              <w:rPr>
                <w:rFonts w:asciiTheme="majorHAnsi" w:hAnsiTheme="majorHAnsi" w:cstheme="majorHAnsi"/>
                <w:color w:val="94A3B8"/>
                <w:sz w:val="20"/>
                <w:szCs w:val="20"/>
              </w:rPr>
              <w:t>_</w:t>
            </w:r>
            <w:r w:rsidR="00F333C5">
              <w:rPr>
                <w:rFonts w:asciiTheme="majorHAnsi" w:hAnsiTheme="majorHAnsi" w:cstheme="majorHAnsi"/>
                <w:color w:val="94A3B8"/>
                <w:sz w:val="20"/>
                <w:szCs w:val="20"/>
              </w:rPr>
              <w:t>__</w:t>
            </w:r>
          </w:p>
        </w:tc>
        <w:tc>
          <w:tcPr>
            <w:tcW w:w="959" w:type="dxa"/>
            <w:tcMar>
              <w:top w:w="50" w:type="dxa"/>
              <w:left w:w="40" w:type="dxa"/>
              <w:bottom w:w="50" w:type="dxa"/>
              <w:right w:w="40" w:type="dxa"/>
            </w:tcMar>
          </w:tcPr>
          <w:p w14:paraId="461D82DA"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Plesso:</w:t>
            </w:r>
          </w:p>
        </w:tc>
        <w:tc>
          <w:tcPr>
            <w:tcW w:w="2870" w:type="dxa"/>
            <w:tcMar>
              <w:top w:w="50" w:type="dxa"/>
              <w:left w:w="40" w:type="dxa"/>
              <w:bottom w:w="50" w:type="dxa"/>
              <w:right w:w="40" w:type="dxa"/>
            </w:tcMar>
          </w:tcPr>
          <w:p w14:paraId="7531B092"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94A3B8"/>
                <w:sz w:val="20"/>
                <w:szCs w:val="20"/>
              </w:rPr>
              <w:t>____________________________</w:t>
            </w:r>
          </w:p>
        </w:tc>
      </w:tr>
      <w:tr w:rsidR="00941D99" w:rsidRPr="00AC071F" w14:paraId="308EF9AF" w14:textId="77777777" w:rsidTr="00F333C5">
        <w:trPr>
          <w:gridAfter w:val="1"/>
          <w:wAfter w:w="40" w:type="dxa"/>
          <w:jc w:val="center"/>
        </w:trPr>
        <w:tc>
          <w:tcPr>
            <w:tcW w:w="1666" w:type="dxa"/>
            <w:tcMar>
              <w:top w:w="50" w:type="dxa"/>
              <w:left w:w="40" w:type="dxa"/>
              <w:bottom w:w="50" w:type="dxa"/>
              <w:right w:w="40" w:type="dxa"/>
            </w:tcMar>
          </w:tcPr>
          <w:p w14:paraId="258E5B1E"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Ordine di Scuola:</w:t>
            </w:r>
          </w:p>
        </w:tc>
        <w:tc>
          <w:tcPr>
            <w:tcW w:w="4541" w:type="dxa"/>
            <w:tcMar>
              <w:top w:w="50" w:type="dxa"/>
              <w:left w:w="40" w:type="dxa"/>
              <w:bottom w:w="50" w:type="dxa"/>
              <w:right w:w="40" w:type="dxa"/>
            </w:tcMar>
          </w:tcPr>
          <w:p w14:paraId="614A6783" w14:textId="77777777" w:rsidR="00941D99" w:rsidRPr="00AC071F" w:rsidRDefault="00226AE4">
            <w:pPr>
              <w:spacing w:after="0"/>
              <w:rPr>
                <w:rFonts w:asciiTheme="majorHAnsi" w:hAnsiTheme="majorHAnsi" w:cstheme="majorHAnsi"/>
                <w:sz w:val="20"/>
                <w:szCs w:val="20"/>
              </w:rPr>
            </w:pPr>
            <w:proofErr w:type="gramStart"/>
            <w:r w:rsidRPr="00AC071F">
              <w:rPr>
                <w:rFonts w:asciiTheme="majorHAnsi" w:hAnsiTheme="majorHAnsi" w:cstheme="majorHAnsi"/>
                <w:color w:val="94A3B8"/>
                <w:sz w:val="20"/>
                <w:szCs w:val="20"/>
              </w:rPr>
              <w:t>[  ]</w:t>
            </w:r>
            <w:proofErr w:type="gramEnd"/>
            <w:r w:rsidRPr="00AC071F">
              <w:rPr>
                <w:rFonts w:asciiTheme="majorHAnsi" w:hAnsiTheme="majorHAnsi" w:cstheme="majorHAnsi"/>
                <w:color w:val="94A3B8"/>
                <w:sz w:val="20"/>
                <w:szCs w:val="20"/>
              </w:rPr>
              <w:t xml:space="preserve"> Primaria (Classe V)</w:t>
            </w:r>
            <w:r w:rsidRPr="00AC071F">
              <w:rPr>
                <w:rFonts w:asciiTheme="majorHAnsi" w:hAnsiTheme="majorHAnsi" w:cstheme="majorHAnsi"/>
                <w:color w:val="94A3B8"/>
                <w:sz w:val="20"/>
                <w:szCs w:val="20"/>
              </w:rPr>
              <w:br/>
              <w:t>[  ] Sec. I Grado</w:t>
            </w:r>
          </w:p>
        </w:tc>
        <w:tc>
          <w:tcPr>
            <w:tcW w:w="959" w:type="dxa"/>
            <w:tcMar>
              <w:top w:w="50" w:type="dxa"/>
              <w:left w:w="40" w:type="dxa"/>
              <w:bottom w:w="50" w:type="dxa"/>
              <w:right w:w="40" w:type="dxa"/>
            </w:tcMar>
          </w:tcPr>
          <w:p w14:paraId="7E71EFB7"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Classe/Sez:</w:t>
            </w:r>
          </w:p>
        </w:tc>
        <w:tc>
          <w:tcPr>
            <w:tcW w:w="2870" w:type="dxa"/>
            <w:tcMar>
              <w:top w:w="50" w:type="dxa"/>
              <w:left w:w="40" w:type="dxa"/>
              <w:bottom w:w="50" w:type="dxa"/>
              <w:right w:w="40" w:type="dxa"/>
            </w:tcMar>
          </w:tcPr>
          <w:p w14:paraId="74064B98"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color w:val="1E293B"/>
                <w:sz w:val="20"/>
                <w:szCs w:val="20"/>
              </w:rPr>
              <w:t>Classe: _____   Sez.: ____</w:t>
            </w:r>
          </w:p>
        </w:tc>
      </w:tr>
    </w:tbl>
    <w:p w14:paraId="780D84F7" w14:textId="77777777" w:rsidR="00941D99" w:rsidRPr="00AC071F" w:rsidRDefault="00941D99">
      <w:pPr>
        <w:spacing w:before="60" w:after="60"/>
        <w:rPr>
          <w:rFonts w:asciiTheme="majorHAnsi" w:hAnsiTheme="majorHAnsi" w:cstheme="majorHAnsi"/>
          <w:sz w:val="20"/>
          <w:szCs w:val="20"/>
        </w:rPr>
      </w:pPr>
    </w:p>
    <w:tbl>
      <w:tblPr>
        <w:tblW w:w="0" w:type="auto"/>
        <w:jc w:val="center"/>
        <w:tblLook w:val="04A0" w:firstRow="1" w:lastRow="0" w:firstColumn="1" w:lastColumn="0" w:noHBand="0" w:noVBand="1"/>
      </w:tblPr>
      <w:tblGrid>
        <w:gridCol w:w="10151"/>
      </w:tblGrid>
      <w:tr w:rsidR="00941D99" w:rsidRPr="00AC071F" w14:paraId="1E99E322" w14:textId="77777777">
        <w:trPr>
          <w:jc w:val="center"/>
        </w:trPr>
        <w:tc>
          <w:tcPr>
            <w:tcW w:w="10181" w:type="dxa"/>
            <w:tcBorders>
              <w:left w:val="single" w:sz="24" w:space="0" w:color="1A365D"/>
            </w:tcBorders>
            <w:shd w:val="clear" w:color="auto" w:fill="F1F5F9"/>
            <w:tcMar>
              <w:top w:w="60" w:type="dxa"/>
              <w:left w:w="120" w:type="dxa"/>
              <w:bottom w:w="60" w:type="dxa"/>
              <w:right w:w="120" w:type="dxa"/>
            </w:tcMar>
          </w:tcPr>
          <w:p w14:paraId="39B2E221" w14:textId="77777777" w:rsidR="00941D99" w:rsidRPr="00AC071F" w:rsidRDefault="00226AE4">
            <w:pPr>
              <w:spacing w:after="0"/>
              <w:rPr>
                <w:rFonts w:asciiTheme="majorHAnsi" w:hAnsiTheme="majorHAnsi" w:cstheme="majorHAnsi"/>
                <w:sz w:val="20"/>
                <w:szCs w:val="20"/>
              </w:rPr>
            </w:pPr>
            <w:r w:rsidRPr="00AC071F">
              <w:rPr>
                <w:rFonts w:asciiTheme="majorHAnsi" w:hAnsiTheme="majorHAnsi" w:cstheme="majorHAnsi"/>
                <w:b/>
                <w:color w:val="1A365D"/>
                <w:sz w:val="20"/>
                <w:szCs w:val="20"/>
              </w:rPr>
              <w:t>3. AUTORIZZAZIONE ED ESONERO DA RESPONSABILITÀ (L. 172/2017)</w:t>
            </w:r>
          </w:p>
        </w:tc>
      </w:tr>
    </w:tbl>
    <w:p w14:paraId="071A0B87" w14:textId="06CC16E6" w:rsidR="00AC071F" w:rsidRPr="001D0732" w:rsidRDefault="00226AE4" w:rsidP="00AC071F">
      <w:pPr>
        <w:spacing w:before="40" w:after="60"/>
        <w:jc w:val="both"/>
        <w:rPr>
          <w:rFonts w:asciiTheme="majorHAnsi" w:hAnsiTheme="majorHAnsi" w:cstheme="majorHAnsi"/>
          <w:color w:val="1E293B"/>
          <w:sz w:val="20"/>
          <w:szCs w:val="20"/>
          <w:lang w:val="it-IT"/>
        </w:rPr>
      </w:pPr>
      <w:r w:rsidRPr="001D0732">
        <w:rPr>
          <w:rFonts w:asciiTheme="majorHAnsi" w:hAnsiTheme="majorHAnsi" w:cstheme="majorHAnsi"/>
          <w:color w:val="1E293B"/>
          <w:sz w:val="20"/>
          <w:szCs w:val="20"/>
        </w:rPr>
        <w:t xml:space="preserve">I </w:t>
      </w:r>
      <w:proofErr w:type="spellStart"/>
      <w:r w:rsidRPr="001D0732">
        <w:rPr>
          <w:rFonts w:asciiTheme="majorHAnsi" w:hAnsiTheme="majorHAnsi" w:cstheme="majorHAnsi"/>
          <w:color w:val="1E293B"/>
          <w:sz w:val="20"/>
          <w:szCs w:val="20"/>
        </w:rPr>
        <w:t>sottoscritti</w:t>
      </w:r>
      <w:proofErr w:type="spellEnd"/>
      <w:r w:rsidRPr="001D0732">
        <w:rPr>
          <w:rFonts w:asciiTheme="majorHAnsi" w:hAnsiTheme="majorHAnsi" w:cstheme="majorHAnsi"/>
          <w:color w:val="1E293B"/>
          <w:sz w:val="20"/>
          <w:szCs w:val="20"/>
        </w:rPr>
        <w:t xml:space="preserve"> </w:t>
      </w:r>
      <w:proofErr w:type="spellStart"/>
      <w:r w:rsidRPr="001D0732">
        <w:rPr>
          <w:rFonts w:asciiTheme="majorHAnsi" w:hAnsiTheme="majorHAnsi" w:cstheme="majorHAnsi"/>
          <w:color w:val="1E293B"/>
          <w:sz w:val="20"/>
          <w:szCs w:val="20"/>
        </w:rPr>
        <w:t>genitori</w:t>
      </w:r>
      <w:proofErr w:type="spellEnd"/>
      <w:r w:rsidRPr="001D0732">
        <w:rPr>
          <w:rFonts w:asciiTheme="majorHAnsi" w:hAnsiTheme="majorHAnsi" w:cstheme="majorHAnsi"/>
          <w:color w:val="1E293B"/>
          <w:sz w:val="20"/>
          <w:szCs w:val="20"/>
        </w:rPr>
        <w:t>/</w:t>
      </w:r>
      <w:proofErr w:type="spellStart"/>
      <w:r w:rsidRPr="001D0732">
        <w:rPr>
          <w:rFonts w:asciiTheme="majorHAnsi" w:hAnsiTheme="majorHAnsi" w:cstheme="majorHAnsi"/>
          <w:color w:val="1E293B"/>
          <w:sz w:val="20"/>
          <w:szCs w:val="20"/>
        </w:rPr>
        <w:t>affidatari</w:t>
      </w:r>
      <w:proofErr w:type="spellEnd"/>
      <w:r w:rsidRPr="001D0732">
        <w:rPr>
          <w:rFonts w:asciiTheme="majorHAnsi" w:hAnsiTheme="majorHAnsi" w:cstheme="majorHAnsi"/>
          <w:color w:val="1E293B"/>
          <w:sz w:val="20"/>
          <w:szCs w:val="20"/>
        </w:rPr>
        <w:t xml:space="preserve">, in </w:t>
      </w:r>
      <w:proofErr w:type="spellStart"/>
      <w:r w:rsidRPr="001D0732">
        <w:rPr>
          <w:rFonts w:asciiTheme="majorHAnsi" w:hAnsiTheme="majorHAnsi" w:cstheme="majorHAnsi"/>
          <w:color w:val="1E293B"/>
          <w:sz w:val="20"/>
          <w:szCs w:val="20"/>
        </w:rPr>
        <w:t>considerazione</w:t>
      </w:r>
      <w:proofErr w:type="spellEnd"/>
      <w:r w:rsidRPr="001D0732">
        <w:rPr>
          <w:rFonts w:asciiTheme="majorHAnsi" w:hAnsiTheme="majorHAnsi" w:cstheme="majorHAnsi"/>
          <w:color w:val="1E293B"/>
          <w:sz w:val="20"/>
          <w:szCs w:val="20"/>
        </w:rPr>
        <w:t xml:space="preserve"> dell'età, del grado di </w:t>
      </w:r>
      <w:proofErr w:type="spellStart"/>
      <w:r w:rsidRPr="001D0732">
        <w:rPr>
          <w:rFonts w:asciiTheme="majorHAnsi" w:hAnsiTheme="majorHAnsi" w:cstheme="majorHAnsi"/>
          <w:color w:val="1E293B"/>
          <w:sz w:val="20"/>
          <w:szCs w:val="20"/>
        </w:rPr>
        <w:t>autonomia</w:t>
      </w:r>
      <w:proofErr w:type="spellEnd"/>
      <w:r w:rsidRPr="001D0732">
        <w:rPr>
          <w:rFonts w:asciiTheme="majorHAnsi" w:hAnsiTheme="majorHAnsi" w:cstheme="majorHAnsi"/>
          <w:color w:val="1E293B"/>
          <w:sz w:val="20"/>
          <w:szCs w:val="20"/>
        </w:rPr>
        <w:t xml:space="preserve"> e </w:t>
      </w:r>
      <w:proofErr w:type="spellStart"/>
      <w:r w:rsidRPr="001D0732">
        <w:rPr>
          <w:rFonts w:asciiTheme="majorHAnsi" w:hAnsiTheme="majorHAnsi" w:cstheme="majorHAnsi"/>
          <w:color w:val="1E293B"/>
          <w:sz w:val="20"/>
          <w:szCs w:val="20"/>
        </w:rPr>
        <w:t>dello</w:t>
      </w:r>
      <w:proofErr w:type="spellEnd"/>
      <w:r w:rsidRPr="001D0732">
        <w:rPr>
          <w:rFonts w:asciiTheme="majorHAnsi" w:hAnsiTheme="majorHAnsi" w:cstheme="majorHAnsi"/>
          <w:color w:val="1E293B"/>
          <w:sz w:val="20"/>
          <w:szCs w:val="20"/>
        </w:rPr>
        <w:t xml:space="preserve"> </w:t>
      </w:r>
      <w:proofErr w:type="spellStart"/>
      <w:r w:rsidRPr="001D0732">
        <w:rPr>
          <w:rFonts w:asciiTheme="majorHAnsi" w:hAnsiTheme="majorHAnsi" w:cstheme="majorHAnsi"/>
          <w:color w:val="1E293B"/>
          <w:sz w:val="20"/>
          <w:szCs w:val="20"/>
        </w:rPr>
        <w:t>specifico</w:t>
      </w:r>
      <w:proofErr w:type="spellEnd"/>
      <w:r w:rsidRPr="001D0732">
        <w:rPr>
          <w:rFonts w:asciiTheme="majorHAnsi" w:hAnsiTheme="majorHAnsi" w:cstheme="majorHAnsi"/>
          <w:color w:val="1E293B"/>
          <w:sz w:val="20"/>
          <w:szCs w:val="20"/>
        </w:rPr>
        <w:t xml:space="preserve"> </w:t>
      </w:r>
      <w:proofErr w:type="spellStart"/>
      <w:r w:rsidRPr="001D0732">
        <w:rPr>
          <w:rFonts w:asciiTheme="majorHAnsi" w:hAnsiTheme="majorHAnsi" w:cstheme="majorHAnsi"/>
          <w:color w:val="1E293B"/>
          <w:sz w:val="20"/>
          <w:szCs w:val="20"/>
        </w:rPr>
        <w:t>contesto</w:t>
      </w:r>
      <w:proofErr w:type="spellEnd"/>
      <w:r w:rsidRPr="001D0732">
        <w:rPr>
          <w:rFonts w:asciiTheme="majorHAnsi" w:hAnsiTheme="majorHAnsi" w:cstheme="majorHAnsi"/>
          <w:color w:val="1E293B"/>
          <w:sz w:val="20"/>
          <w:szCs w:val="20"/>
        </w:rPr>
        <w:t>,</w:t>
      </w:r>
      <w:r w:rsidRPr="001D0732">
        <w:rPr>
          <w:rFonts w:asciiTheme="majorHAnsi" w:hAnsiTheme="majorHAnsi" w:cstheme="majorHAnsi"/>
          <w:b/>
          <w:bCs/>
          <w:color w:val="1E293B"/>
          <w:sz w:val="20"/>
          <w:szCs w:val="20"/>
        </w:rPr>
        <w:t xml:space="preserve"> AUTORIZZANO </w:t>
      </w:r>
      <w:proofErr w:type="spellStart"/>
      <w:r w:rsidRPr="001D0732">
        <w:rPr>
          <w:rFonts w:asciiTheme="majorHAnsi" w:hAnsiTheme="majorHAnsi" w:cstheme="majorHAnsi"/>
          <w:color w:val="1E293B"/>
          <w:sz w:val="20"/>
          <w:szCs w:val="20"/>
        </w:rPr>
        <w:t>l'Istituzione</w:t>
      </w:r>
      <w:proofErr w:type="spellEnd"/>
      <w:r w:rsidRPr="001D0732">
        <w:rPr>
          <w:rFonts w:asciiTheme="majorHAnsi" w:hAnsiTheme="majorHAnsi" w:cstheme="majorHAnsi"/>
          <w:color w:val="1E293B"/>
          <w:sz w:val="20"/>
          <w:szCs w:val="20"/>
        </w:rPr>
        <w:t xml:space="preserve"> </w:t>
      </w:r>
      <w:proofErr w:type="spellStart"/>
      <w:r w:rsidRPr="001D0732">
        <w:rPr>
          <w:rFonts w:asciiTheme="majorHAnsi" w:hAnsiTheme="majorHAnsi" w:cstheme="majorHAnsi"/>
          <w:color w:val="1E293B"/>
          <w:sz w:val="20"/>
          <w:szCs w:val="20"/>
        </w:rPr>
        <w:t>Scolastica</w:t>
      </w:r>
      <w:proofErr w:type="spellEnd"/>
      <w:r w:rsidRPr="001D0732">
        <w:rPr>
          <w:rFonts w:asciiTheme="majorHAnsi" w:hAnsiTheme="majorHAnsi" w:cstheme="majorHAnsi"/>
          <w:color w:val="1E293B"/>
          <w:sz w:val="20"/>
          <w:szCs w:val="20"/>
        </w:rPr>
        <w:t xml:space="preserve"> a </w:t>
      </w:r>
      <w:proofErr w:type="spellStart"/>
      <w:r w:rsidRPr="001D0732">
        <w:rPr>
          <w:rFonts w:asciiTheme="majorHAnsi" w:hAnsiTheme="majorHAnsi" w:cstheme="majorHAnsi"/>
          <w:color w:val="1E293B"/>
          <w:sz w:val="20"/>
          <w:szCs w:val="20"/>
        </w:rPr>
        <w:t>consentire</w:t>
      </w:r>
      <w:proofErr w:type="spellEnd"/>
      <w:r w:rsidRPr="001D0732">
        <w:rPr>
          <w:rFonts w:asciiTheme="majorHAnsi" w:hAnsiTheme="majorHAnsi" w:cstheme="majorHAnsi"/>
          <w:color w:val="1E293B"/>
          <w:sz w:val="20"/>
          <w:szCs w:val="20"/>
        </w:rPr>
        <w:t xml:space="preserve"> </w:t>
      </w:r>
      <w:r w:rsidR="001D0732" w:rsidRPr="001D0732">
        <w:rPr>
          <w:rFonts w:asciiTheme="majorHAnsi" w:hAnsiTheme="majorHAnsi" w:cstheme="majorHAnsi"/>
          <w:color w:val="1E293B"/>
          <w:sz w:val="20"/>
          <w:szCs w:val="20"/>
        </w:rPr>
        <w:t>l</w:t>
      </w:r>
      <w:r w:rsidR="001D0732" w:rsidRPr="001D0732">
        <w:rPr>
          <w:rFonts w:asciiTheme="majorHAnsi" w:hAnsiTheme="majorHAnsi" w:cstheme="majorHAnsi"/>
          <w:color w:val="1E293B"/>
          <w:sz w:val="20"/>
          <w:szCs w:val="20"/>
          <w:lang w:val="it-IT"/>
        </w:rPr>
        <w:t>’</w:t>
      </w:r>
      <w:r w:rsidR="001D0732" w:rsidRPr="001D0732">
        <w:rPr>
          <w:rFonts w:asciiTheme="majorHAnsi" w:hAnsiTheme="majorHAnsi" w:cstheme="majorHAnsi"/>
          <w:b/>
          <w:bCs/>
          <w:color w:val="1E293B"/>
          <w:sz w:val="20"/>
          <w:szCs w:val="20"/>
          <w:lang w:val="it-IT"/>
        </w:rPr>
        <w:t xml:space="preserve">uscita autonoma </w:t>
      </w:r>
      <w:r w:rsidR="001D0732" w:rsidRPr="001D0732">
        <w:rPr>
          <w:rFonts w:asciiTheme="majorHAnsi" w:hAnsiTheme="majorHAnsi" w:cstheme="majorHAnsi"/>
          <w:color w:val="1E293B"/>
          <w:sz w:val="20"/>
          <w:szCs w:val="20"/>
          <w:lang w:val="it-IT"/>
        </w:rPr>
        <w:t>da scuola (es. a piedi, in bicicletta, con lo scuolabus, …) del proprio figlio al termine delle lezioni ordinarie, senza la presenza di accompagnatori, anche in caso di variazioni di orario (ad es. scioperi, assemblee sindacali, …) nonché al termine di eventuali attività extracurriculari di qualsiasi genere, assumendosi ogni responsabilità relativa alla “culpa in vigilando”, contestualmente esonerando il personale di codesta scuola da ogni responsabilità connessa con gli obblighi di vigilanza sui minori, a partire dal predetto termine delle lezioni e uscita dal complesso scolastico (plesso)</w:t>
      </w:r>
      <w:r w:rsidRPr="001D0732">
        <w:rPr>
          <w:rFonts w:asciiTheme="majorHAnsi" w:hAnsiTheme="majorHAnsi" w:cstheme="majorHAnsi"/>
          <w:color w:val="1E293B"/>
          <w:sz w:val="20"/>
          <w:szCs w:val="20"/>
        </w:rPr>
        <w:t xml:space="preserve">, e </w:t>
      </w:r>
      <w:r w:rsidRPr="001D0732">
        <w:rPr>
          <w:rFonts w:asciiTheme="majorHAnsi" w:hAnsiTheme="majorHAnsi" w:cstheme="majorHAnsi"/>
          <w:b/>
          <w:bCs/>
          <w:color w:val="1E293B"/>
          <w:sz w:val="20"/>
          <w:szCs w:val="20"/>
        </w:rPr>
        <w:t>DICHIARANO</w:t>
      </w:r>
      <w:r w:rsidRPr="001D0732">
        <w:rPr>
          <w:rFonts w:asciiTheme="majorHAnsi" w:hAnsiTheme="majorHAnsi" w:cstheme="majorHAnsi"/>
          <w:color w:val="1E293B"/>
          <w:sz w:val="20"/>
          <w:szCs w:val="20"/>
        </w:rPr>
        <w:t xml:space="preserve"> sotto la propria respons</w:t>
      </w:r>
      <w:r w:rsidRPr="001D0732">
        <w:rPr>
          <w:rFonts w:asciiTheme="majorHAnsi" w:hAnsiTheme="majorHAnsi" w:cstheme="majorHAnsi"/>
          <w:color w:val="1E293B"/>
          <w:sz w:val="20"/>
          <w:szCs w:val="20"/>
        </w:rPr>
        <w:t>abilità:</w:t>
      </w:r>
    </w:p>
    <w:p w14:paraId="591FB048" w14:textId="77777777" w:rsidR="00AC071F" w:rsidRPr="00AC071F" w:rsidRDefault="00AC071F" w:rsidP="00FE1F06">
      <w:pPr>
        <w:pStyle w:val="Paragrafoelenco"/>
        <w:numPr>
          <w:ilvl w:val="0"/>
          <w:numId w:val="11"/>
        </w:numPr>
        <w:spacing w:before="40" w:after="60"/>
        <w:jc w:val="both"/>
        <w:rPr>
          <w:rFonts w:asciiTheme="majorHAnsi" w:hAnsiTheme="majorHAnsi" w:cstheme="majorHAnsi"/>
          <w:b/>
          <w:bCs/>
          <w:sz w:val="20"/>
          <w:szCs w:val="20"/>
        </w:rPr>
      </w:pPr>
      <w:r w:rsidRPr="00AC071F">
        <w:rPr>
          <w:rFonts w:asciiTheme="majorHAnsi" w:hAnsiTheme="majorHAnsi" w:cstheme="majorHAnsi"/>
          <w:bCs/>
          <w:color w:val="1A365D"/>
          <w:sz w:val="20"/>
          <w:szCs w:val="20"/>
          <w:lang w:val="it-IT"/>
        </w:rPr>
        <w:t>di essere a conoscenza degli orari ordinari di termine delle lezioni del plesso di frequenza;</w:t>
      </w:r>
    </w:p>
    <w:p w14:paraId="28CE5959" w14:textId="7E232E84" w:rsidR="00AC071F" w:rsidRPr="00FE1F06" w:rsidRDefault="00AC071F" w:rsidP="00FE1F06">
      <w:pPr>
        <w:pStyle w:val="Paragrafoelenco"/>
        <w:numPr>
          <w:ilvl w:val="0"/>
          <w:numId w:val="11"/>
        </w:numPr>
        <w:spacing w:before="40" w:after="60"/>
        <w:jc w:val="both"/>
        <w:rPr>
          <w:rFonts w:asciiTheme="majorHAnsi" w:hAnsiTheme="majorHAnsi" w:cstheme="majorHAnsi"/>
          <w:b/>
          <w:bCs/>
          <w:sz w:val="20"/>
          <w:szCs w:val="20"/>
        </w:rPr>
      </w:pPr>
      <w:r w:rsidRPr="00AC071F">
        <w:rPr>
          <w:rFonts w:asciiTheme="majorHAnsi" w:hAnsiTheme="majorHAnsi" w:cstheme="majorHAnsi"/>
          <w:bCs/>
          <w:color w:val="1A365D"/>
          <w:sz w:val="20"/>
          <w:szCs w:val="20"/>
          <w:lang w:val="it-IT"/>
        </w:rPr>
        <w:t>di conoscere le disposizioni organizzative previste dalla scuola e di condividere e accettare le modalità e</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i criteri da questa previsti in merito alla vigilanza effettiva e potenziale sui minori;</w:t>
      </w:r>
    </w:p>
    <w:p w14:paraId="370308B9" w14:textId="375E87C6" w:rsidR="00AC071F" w:rsidRPr="00FE1F06"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di essere nell’impossibilità di provvedere personalmente o mediante persona maggiorenne delegata alla</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presa in consegna del/della proprio/a figlio/a all’uscita dalla scuola al termine dell’orario delle lezioni;</w:t>
      </w:r>
    </w:p>
    <w:p w14:paraId="3D332264" w14:textId="19553B55" w:rsidR="00AC071F" w:rsidRPr="00FE1F06"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di essere a conoscenza che la scuola vigilerà con il proprio personale, fino all’uscita dall’edificio e che al</w:t>
      </w:r>
      <w:r w:rsidR="00FE1F06">
        <w:rPr>
          <w:rFonts w:asciiTheme="majorHAnsi" w:hAnsiTheme="majorHAnsi" w:cstheme="majorHAnsi"/>
          <w:bCs/>
          <w:color w:val="1A365D"/>
          <w:sz w:val="20"/>
          <w:szCs w:val="20"/>
          <w:lang w:val="it-IT"/>
        </w:rPr>
        <w:t xml:space="preserve"> di fuori dell’orario </w:t>
      </w:r>
      <w:r w:rsidRPr="00FE1F06">
        <w:rPr>
          <w:rFonts w:asciiTheme="majorHAnsi" w:hAnsiTheme="majorHAnsi" w:cstheme="majorHAnsi"/>
          <w:bCs/>
          <w:color w:val="1A365D"/>
          <w:sz w:val="20"/>
          <w:szCs w:val="20"/>
          <w:lang w:val="it-IT"/>
        </w:rPr>
        <w:t>scolastico, la vigilanza sul proprio figlio ricade interamente sulla famiglia;</w:t>
      </w:r>
    </w:p>
    <w:p w14:paraId="48812F95" w14:textId="6898DE43" w:rsidR="00AC071F" w:rsidRPr="00FE1F06"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di aver valutato la collocazione della scuola, i potenziali pericoli, le caratteristiche del percorso scuola</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casa, di aver constatato che tale tragitto non manifesta profili di pericolosità particolare e che non è</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previsto l’attraversamento di vie a traffico pesante;</w:t>
      </w:r>
    </w:p>
    <w:p w14:paraId="6D790634" w14:textId="302FB14D" w:rsidR="00AC071F" w:rsidRPr="00FE1F06"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di aver valutato il comportamento abituale e il grado di maturazione e di autonomia del proprio figlio e di</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aver adeguatamente istruito il/la proprio/a figlio/a sul percorso e le cautele da seguire affinché rientri in</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sicurezza al domicilio eletto;</w:t>
      </w:r>
    </w:p>
    <w:p w14:paraId="6B32405E" w14:textId="1B3A4857" w:rsidR="00AC071F" w:rsidRPr="00A66209" w:rsidRDefault="00AC071F" w:rsidP="00A66209">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di aver adeguatamente istruito il/la proprio/a figlio/a sul percorso e le cautele da seguire per raggiungere</w:t>
      </w:r>
      <w:r w:rsidR="00A66209">
        <w:rPr>
          <w:rFonts w:asciiTheme="majorHAnsi" w:hAnsiTheme="majorHAnsi" w:cstheme="majorHAnsi"/>
          <w:bCs/>
          <w:color w:val="1A365D"/>
          <w:sz w:val="20"/>
          <w:szCs w:val="20"/>
          <w:lang w:val="it-IT"/>
        </w:rPr>
        <w:t xml:space="preserve"> </w:t>
      </w:r>
      <w:r w:rsidRPr="00A66209">
        <w:rPr>
          <w:rFonts w:asciiTheme="majorHAnsi" w:hAnsiTheme="majorHAnsi" w:cstheme="majorHAnsi"/>
          <w:bCs/>
          <w:color w:val="1A365D"/>
          <w:sz w:val="20"/>
          <w:szCs w:val="20"/>
          <w:lang w:val="it-IT"/>
        </w:rPr>
        <w:t>l’abitazione;</w:t>
      </w:r>
    </w:p>
    <w:p w14:paraId="6E3D63F3" w14:textId="4F181859" w:rsidR="00AC071F" w:rsidRPr="00FE1F06"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lastRenderedPageBreak/>
        <w:t>di aver constatato che il</w:t>
      </w:r>
      <w:r w:rsidR="00A66209">
        <w:rPr>
          <w:rFonts w:asciiTheme="majorHAnsi" w:hAnsiTheme="majorHAnsi" w:cstheme="majorHAnsi"/>
          <w:bCs/>
          <w:color w:val="1A365D"/>
          <w:sz w:val="20"/>
          <w:szCs w:val="20"/>
          <w:lang w:val="it-IT"/>
        </w:rPr>
        <w:t>/la</w:t>
      </w:r>
      <w:r w:rsidRPr="00AC071F">
        <w:rPr>
          <w:rFonts w:asciiTheme="majorHAnsi" w:hAnsiTheme="majorHAnsi" w:cstheme="majorHAnsi"/>
          <w:bCs/>
          <w:color w:val="1A365D"/>
          <w:sz w:val="20"/>
          <w:szCs w:val="20"/>
          <w:lang w:val="it-IT"/>
        </w:rPr>
        <w:t xml:space="preserve"> proprio</w:t>
      </w:r>
      <w:r w:rsidR="00A66209">
        <w:rPr>
          <w:rFonts w:asciiTheme="majorHAnsi" w:hAnsiTheme="majorHAnsi" w:cstheme="majorHAnsi"/>
          <w:bCs/>
          <w:color w:val="1A365D"/>
          <w:sz w:val="20"/>
          <w:szCs w:val="20"/>
          <w:lang w:val="it-IT"/>
        </w:rPr>
        <w:t>/a</w:t>
      </w:r>
      <w:r w:rsidRPr="00AC071F">
        <w:rPr>
          <w:rFonts w:asciiTheme="majorHAnsi" w:hAnsiTheme="majorHAnsi" w:cstheme="majorHAnsi"/>
          <w:bCs/>
          <w:color w:val="1A365D"/>
          <w:sz w:val="20"/>
          <w:szCs w:val="20"/>
          <w:lang w:val="it-IT"/>
        </w:rPr>
        <w:t xml:space="preserve"> figlio</w:t>
      </w:r>
      <w:r w:rsidR="00A66209">
        <w:rPr>
          <w:rFonts w:asciiTheme="majorHAnsi" w:hAnsiTheme="majorHAnsi" w:cstheme="majorHAnsi"/>
          <w:bCs/>
          <w:color w:val="1A365D"/>
          <w:sz w:val="20"/>
          <w:szCs w:val="20"/>
          <w:lang w:val="it-IT"/>
        </w:rPr>
        <w:t>/a</w:t>
      </w:r>
      <w:r w:rsidRPr="00AC071F">
        <w:rPr>
          <w:rFonts w:asciiTheme="majorHAnsi" w:hAnsiTheme="majorHAnsi" w:cstheme="majorHAnsi"/>
          <w:bCs/>
          <w:color w:val="1A365D"/>
          <w:sz w:val="20"/>
          <w:szCs w:val="20"/>
          <w:lang w:val="it-IT"/>
        </w:rPr>
        <w:t xml:space="preserve"> conosce il percorso scuola-casa per averlo più volte effettuato anche</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da solo e che è in grado di percorrerlo autonomamente trasportando il materiale scolastico;</w:t>
      </w:r>
    </w:p>
    <w:p w14:paraId="56A9B22A" w14:textId="30275B9D" w:rsidR="00AC071F" w:rsidRPr="00FE1F06"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che si impegnano a ricordare costantemente al/alla proprio/a figlio la necessita di mantenere</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comportamenti ed atteggiamenti corretti nel rispetto del codice della strada;</w:t>
      </w:r>
    </w:p>
    <w:p w14:paraId="14871F57" w14:textId="6ED2AB22" w:rsidR="00AC071F" w:rsidRPr="00AC071F"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di impegnarsi a monitorare il rientro a casa del</w:t>
      </w:r>
      <w:r w:rsidR="00A66209">
        <w:rPr>
          <w:rFonts w:asciiTheme="majorHAnsi" w:hAnsiTheme="majorHAnsi" w:cstheme="majorHAnsi"/>
          <w:bCs/>
          <w:color w:val="1A365D"/>
          <w:sz w:val="20"/>
          <w:szCs w:val="20"/>
          <w:lang w:val="it-IT"/>
        </w:rPr>
        <w:t>/della</w:t>
      </w:r>
      <w:r w:rsidRPr="00AC071F">
        <w:rPr>
          <w:rFonts w:asciiTheme="majorHAnsi" w:hAnsiTheme="majorHAnsi" w:cstheme="majorHAnsi"/>
          <w:bCs/>
          <w:color w:val="1A365D"/>
          <w:sz w:val="20"/>
          <w:szCs w:val="20"/>
          <w:lang w:val="it-IT"/>
        </w:rPr>
        <w:t xml:space="preserve"> proprio</w:t>
      </w:r>
      <w:r w:rsidR="00A66209">
        <w:rPr>
          <w:rFonts w:asciiTheme="majorHAnsi" w:hAnsiTheme="majorHAnsi" w:cstheme="majorHAnsi"/>
          <w:bCs/>
          <w:color w:val="1A365D"/>
          <w:sz w:val="20"/>
          <w:szCs w:val="20"/>
          <w:lang w:val="it-IT"/>
        </w:rPr>
        <w:t>/a</w:t>
      </w:r>
      <w:r w:rsidRPr="00AC071F">
        <w:rPr>
          <w:rFonts w:asciiTheme="majorHAnsi" w:hAnsiTheme="majorHAnsi" w:cstheme="majorHAnsi"/>
          <w:bCs/>
          <w:color w:val="1A365D"/>
          <w:sz w:val="20"/>
          <w:szCs w:val="20"/>
          <w:lang w:val="it-IT"/>
        </w:rPr>
        <w:t xml:space="preserve"> figlio</w:t>
      </w:r>
      <w:r w:rsidR="00A66209">
        <w:rPr>
          <w:rFonts w:asciiTheme="majorHAnsi" w:hAnsiTheme="majorHAnsi" w:cstheme="majorHAnsi"/>
          <w:bCs/>
          <w:color w:val="1A365D"/>
          <w:sz w:val="20"/>
          <w:szCs w:val="20"/>
          <w:lang w:val="it-IT"/>
        </w:rPr>
        <w:t>/a</w:t>
      </w:r>
      <w:r w:rsidRPr="00AC071F">
        <w:rPr>
          <w:rFonts w:asciiTheme="majorHAnsi" w:hAnsiTheme="majorHAnsi" w:cstheme="majorHAnsi"/>
          <w:bCs/>
          <w:color w:val="1A365D"/>
          <w:sz w:val="20"/>
          <w:szCs w:val="20"/>
          <w:lang w:val="it-IT"/>
        </w:rPr>
        <w:t xml:space="preserve"> qualora necessario;</w:t>
      </w:r>
    </w:p>
    <w:p w14:paraId="1EC9FDC3" w14:textId="77777777" w:rsidR="00AC071F" w:rsidRPr="00AC071F"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che nel caso le condizioni di sicurezza abbiano a modificarsi sarà informata tempestivamente la scuola;</w:t>
      </w:r>
    </w:p>
    <w:p w14:paraId="6740EDB9" w14:textId="0808E5DA" w:rsidR="00AC071F" w:rsidRPr="00FE1F06" w:rsidRDefault="00AC071F"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AC071F">
        <w:rPr>
          <w:rFonts w:asciiTheme="majorHAnsi" w:hAnsiTheme="majorHAnsi" w:cstheme="majorHAnsi"/>
          <w:bCs/>
          <w:color w:val="1A365D"/>
          <w:sz w:val="20"/>
          <w:szCs w:val="20"/>
          <w:lang w:val="it-IT"/>
        </w:rPr>
        <w:t>che su richiesta della scuola, nel caso insorgessero motivi ostativi, normativi o di sicurezza provvederanno</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a ritirare personalmente il minore al termine delle lezioni o a farlo ritirare da altro soggetto maggiorenne</w:t>
      </w:r>
      <w:r w:rsidR="00FE1F06">
        <w:rPr>
          <w:rFonts w:asciiTheme="majorHAnsi" w:hAnsiTheme="majorHAnsi" w:cstheme="majorHAnsi"/>
          <w:bCs/>
          <w:color w:val="1A365D"/>
          <w:sz w:val="20"/>
          <w:szCs w:val="20"/>
          <w:lang w:val="it-IT"/>
        </w:rPr>
        <w:t xml:space="preserve"> </w:t>
      </w:r>
      <w:r w:rsidRPr="00FE1F06">
        <w:rPr>
          <w:rFonts w:asciiTheme="majorHAnsi" w:hAnsiTheme="majorHAnsi" w:cstheme="majorHAnsi"/>
          <w:bCs/>
          <w:color w:val="1A365D"/>
          <w:sz w:val="20"/>
          <w:szCs w:val="20"/>
          <w:lang w:val="it-IT"/>
        </w:rPr>
        <w:t>opportunamente delegato</w:t>
      </w:r>
      <w:r w:rsidR="001D0732" w:rsidRPr="00FE1F06">
        <w:rPr>
          <w:rFonts w:asciiTheme="majorHAnsi" w:hAnsiTheme="majorHAnsi" w:cstheme="majorHAnsi"/>
          <w:bCs/>
          <w:color w:val="1A365D"/>
          <w:sz w:val="20"/>
          <w:szCs w:val="20"/>
          <w:lang w:val="it-IT"/>
        </w:rPr>
        <w:t>;</w:t>
      </w:r>
    </w:p>
    <w:p w14:paraId="090562B0" w14:textId="6FF35E8D" w:rsidR="001D0732" w:rsidRPr="00AC071F" w:rsidRDefault="001D0732" w:rsidP="00FE1F06">
      <w:pPr>
        <w:pStyle w:val="Paragrafoelenco"/>
        <w:numPr>
          <w:ilvl w:val="0"/>
          <w:numId w:val="11"/>
        </w:numPr>
        <w:spacing w:before="80" w:after="40"/>
        <w:jc w:val="both"/>
        <w:rPr>
          <w:rFonts w:asciiTheme="majorHAnsi" w:hAnsiTheme="majorHAnsi" w:cstheme="majorHAnsi"/>
          <w:bCs/>
          <w:color w:val="1A365D"/>
          <w:sz w:val="20"/>
          <w:szCs w:val="20"/>
          <w:lang w:val="it-IT"/>
        </w:rPr>
      </w:pPr>
      <w:r w:rsidRPr="001D0732">
        <w:rPr>
          <w:rFonts w:asciiTheme="majorHAnsi" w:hAnsiTheme="majorHAnsi" w:cstheme="majorHAnsi"/>
          <w:bCs/>
          <w:color w:val="1A365D"/>
          <w:sz w:val="20"/>
          <w:szCs w:val="20"/>
        </w:rPr>
        <w:t xml:space="preserve">di </w:t>
      </w:r>
      <w:proofErr w:type="spellStart"/>
      <w:r w:rsidRPr="001D0732">
        <w:rPr>
          <w:rFonts w:asciiTheme="majorHAnsi" w:hAnsiTheme="majorHAnsi" w:cstheme="majorHAnsi"/>
          <w:bCs/>
          <w:color w:val="1A365D"/>
          <w:sz w:val="20"/>
          <w:szCs w:val="20"/>
        </w:rPr>
        <w:t>essere</w:t>
      </w:r>
      <w:proofErr w:type="spellEnd"/>
      <w:r w:rsidRPr="001D0732">
        <w:rPr>
          <w:rFonts w:asciiTheme="majorHAnsi" w:hAnsiTheme="majorHAnsi" w:cstheme="majorHAnsi"/>
          <w:bCs/>
          <w:color w:val="1A365D"/>
          <w:sz w:val="20"/>
          <w:szCs w:val="20"/>
        </w:rPr>
        <w:t xml:space="preserve"> </w:t>
      </w:r>
      <w:proofErr w:type="spellStart"/>
      <w:r w:rsidRPr="001D0732">
        <w:rPr>
          <w:rFonts w:asciiTheme="majorHAnsi" w:hAnsiTheme="majorHAnsi" w:cstheme="majorHAnsi"/>
          <w:bCs/>
          <w:color w:val="1A365D"/>
          <w:sz w:val="20"/>
          <w:szCs w:val="20"/>
        </w:rPr>
        <w:t>consapevoli</w:t>
      </w:r>
      <w:proofErr w:type="spellEnd"/>
      <w:r w:rsidRPr="001D0732">
        <w:rPr>
          <w:rFonts w:asciiTheme="majorHAnsi" w:hAnsiTheme="majorHAnsi" w:cstheme="majorHAnsi"/>
          <w:bCs/>
          <w:color w:val="1A365D"/>
          <w:sz w:val="20"/>
          <w:szCs w:val="20"/>
        </w:rPr>
        <w:t xml:space="preserve"> </w:t>
      </w:r>
      <w:proofErr w:type="spellStart"/>
      <w:r w:rsidRPr="001D0732">
        <w:rPr>
          <w:rFonts w:asciiTheme="majorHAnsi" w:hAnsiTheme="majorHAnsi" w:cstheme="majorHAnsi"/>
          <w:bCs/>
          <w:color w:val="1A365D"/>
          <w:sz w:val="20"/>
          <w:szCs w:val="20"/>
        </w:rPr>
        <w:t>che</w:t>
      </w:r>
      <w:proofErr w:type="spellEnd"/>
      <w:r w:rsidRPr="001D0732">
        <w:rPr>
          <w:rFonts w:asciiTheme="majorHAnsi" w:hAnsiTheme="majorHAnsi" w:cstheme="majorHAnsi"/>
          <w:bCs/>
          <w:color w:val="1A365D"/>
          <w:sz w:val="20"/>
          <w:szCs w:val="20"/>
        </w:rPr>
        <w:t xml:space="preserve"> la </w:t>
      </w:r>
      <w:proofErr w:type="spellStart"/>
      <w:r w:rsidRPr="001D0732">
        <w:rPr>
          <w:rFonts w:asciiTheme="majorHAnsi" w:hAnsiTheme="majorHAnsi" w:cstheme="majorHAnsi"/>
          <w:bCs/>
          <w:color w:val="1A365D"/>
          <w:sz w:val="20"/>
          <w:szCs w:val="20"/>
        </w:rPr>
        <w:t>presente</w:t>
      </w:r>
      <w:proofErr w:type="spellEnd"/>
      <w:r w:rsidRPr="001D0732">
        <w:rPr>
          <w:rFonts w:asciiTheme="majorHAnsi" w:hAnsiTheme="majorHAnsi" w:cstheme="majorHAnsi"/>
          <w:bCs/>
          <w:color w:val="1A365D"/>
          <w:sz w:val="20"/>
          <w:szCs w:val="20"/>
        </w:rPr>
        <w:t xml:space="preserve"> </w:t>
      </w:r>
      <w:proofErr w:type="spellStart"/>
      <w:r w:rsidRPr="001D0732">
        <w:rPr>
          <w:rFonts w:asciiTheme="majorHAnsi" w:hAnsiTheme="majorHAnsi" w:cstheme="majorHAnsi"/>
          <w:bCs/>
          <w:color w:val="1A365D"/>
          <w:sz w:val="20"/>
          <w:szCs w:val="20"/>
        </w:rPr>
        <w:t>autorizzazione</w:t>
      </w:r>
      <w:proofErr w:type="spellEnd"/>
      <w:r w:rsidRPr="001D0732">
        <w:rPr>
          <w:rFonts w:asciiTheme="majorHAnsi" w:hAnsiTheme="majorHAnsi" w:cstheme="majorHAnsi"/>
          <w:bCs/>
          <w:color w:val="1A365D"/>
          <w:sz w:val="20"/>
          <w:szCs w:val="20"/>
        </w:rPr>
        <w:t xml:space="preserve"> ha </w:t>
      </w:r>
      <w:proofErr w:type="spellStart"/>
      <w:r w:rsidRPr="001D0732">
        <w:rPr>
          <w:rFonts w:asciiTheme="majorHAnsi" w:hAnsiTheme="majorHAnsi" w:cstheme="majorHAnsi"/>
          <w:bCs/>
          <w:color w:val="1A365D"/>
          <w:sz w:val="20"/>
          <w:szCs w:val="20"/>
        </w:rPr>
        <w:t>validità</w:t>
      </w:r>
      <w:proofErr w:type="spellEnd"/>
      <w:r w:rsidRPr="001D0732">
        <w:rPr>
          <w:rFonts w:asciiTheme="majorHAnsi" w:hAnsiTheme="majorHAnsi" w:cstheme="majorHAnsi"/>
          <w:bCs/>
          <w:color w:val="1A365D"/>
          <w:sz w:val="20"/>
          <w:szCs w:val="20"/>
        </w:rPr>
        <w:t xml:space="preserve"> per </w:t>
      </w:r>
      <w:proofErr w:type="spellStart"/>
      <w:r w:rsidRPr="001D0732">
        <w:rPr>
          <w:rFonts w:asciiTheme="majorHAnsi" w:hAnsiTheme="majorHAnsi" w:cstheme="majorHAnsi"/>
          <w:bCs/>
          <w:color w:val="1A365D"/>
          <w:sz w:val="20"/>
          <w:szCs w:val="20"/>
        </w:rPr>
        <w:t>l'intero</w:t>
      </w:r>
      <w:proofErr w:type="spellEnd"/>
      <w:r w:rsidRPr="001D0732">
        <w:rPr>
          <w:rFonts w:asciiTheme="majorHAnsi" w:hAnsiTheme="majorHAnsi" w:cstheme="majorHAnsi"/>
          <w:bCs/>
          <w:color w:val="1A365D"/>
          <w:sz w:val="20"/>
          <w:szCs w:val="20"/>
        </w:rPr>
        <w:t xml:space="preserve"> anno </w:t>
      </w:r>
      <w:proofErr w:type="spellStart"/>
      <w:r w:rsidRPr="001D0732">
        <w:rPr>
          <w:rFonts w:asciiTheme="majorHAnsi" w:hAnsiTheme="majorHAnsi" w:cstheme="majorHAnsi"/>
          <w:bCs/>
          <w:color w:val="1A365D"/>
          <w:sz w:val="20"/>
          <w:szCs w:val="20"/>
        </w:rPr>
        <w:t>scolastico</w:t>
      </w:r>
      <w:proofErr w:type="spellEnd"/>
      <w:r w:rsidRPr="001D0732">
        <w:rPr>
          <w:rFonts w:asciiTheme="majorHAnsi" w:hAnsiTheme="majorHAnsi" w:cstheme="majorHAnsi"/>
          <w:bCs/>
          <w:color w:val="1A365D"/>
          <w:sz w:val="20"/>
          <w:szCs w:val="20"/>
        </w:rPr>
        <w:t xml:space="preserve"> in </w:t>
      </w:r>
      <w:proofErr w:type="spellStart"/>
      <w:r w:rsidRPr="001D0732">
        <w:rPr>
          <w:rFonts w:asciiTheme="majorHAnsi" w:hAnsiTheme="majorHAnsi" w:cstheme="majorHAnsi"/>
          <w:bCs/>
          <w:color w:val="1A365D"/>
          <w:sz w:val="20"/>
          <w:szCs w:val="20"/>
        </w:rPr>
        <w:t>corso</w:t>
      </w:r>
      <w:proofErr w:type="spellEnd"/>
      <w:r w:rsidRPr="001D0732">
        <w:rPr>
          <w:rFonts w:asciiTheme="majorHAnsi" w:hAnsiTheme="majorHAnsi" w:cstheme="majorHAnsi"/>
          <w:bCs/>
          <w:color w:val="1A365D"/>
          <w:sz w:val="20"/>
          <w:szCs w:val="20"/>
        </w:rPr>
        <w:t xml:space="preserve">, </w:t>
      </w:r>
      <w:proofErr w:type="spellStart"/>
      <w:r w:rsidRPr="001D0732">
        <w:rPr>
          <w:rFonts w:asciiTheme="majorHAnsi" w:hAnsiTheme="majorHAnsi" w:cstheme="majorHAnsi"/>
          <w:bCs/>
          <w:color w:val="1A365D"/>
          <w:sz w:val="20"/>
          <w:szCs w:val="20"/>
        </w:rPr>
        <w:t>ferma</w:t>
      </w:r>
      <w:proofErr w:type="spellEnd"/>
      <w:r w:rsidRPr="001D0732">
        <w:rPr>
          <w:rFonts w:asciiTheme="majorHAnsi" w:hAnsiTheme="majorHAnsi" w:cstheme="majorHAnsi"/>
          <w:bCs/>
          <w:color w:val="1A365D"/>
          <w:sz w:val="20"/>
          <w:szCs w:val="20"/>
        </w:rPr>
        <w:t xml:space="preserve"> </w:t>
      </w:r>
      <w:proofErr w:type="spellStart"/>
      <w:r w:rsidRPr="001D0732">
        <w:rPr>
          <w:rFonts w:asciiTheme="majorHAnsi" w:hAnsiTheme="majorHAnsi" w:cstheme="majorHAnsi"/>
          <w:bCs/>
          <w:color w:val="1A365D"/>
          <w:sz w:val="20"/>
          <w:szCs w:val="20"/>
        </w:rPr>
        <w:t>restando</w:t>
      </w:r>
      <w:proofErr w:type="spellEnd"/>
      <w:r w:rsidR="00FE1F06">
        <w:rPr>
          <w:rFonts w:asciiTheme="majorHAnsi" w:hAnsiTheme="majorHAnsi" w:cstheme="majorHAnsi"/>
          <w:bCs/>
          <w:color w:val="1A365D"/>
          <w:sz w:val="20"/>
          <w:szCs w:val="20"/>
        </w:rPr>
        <w:t xml:space="preserve"> </w:t>
      </w:r>
      <w:r w:rsidRPr="001D0732">
        <w:rPr>
          <w:rFonts w:asciiTheme="majorHAnsi" w:hAnsiTheme="majorHAnsi" w:cstheme="majorHAnsi"/>
          <w:bCs/>
          <w:color w:val="1A365D"/>
          <w:sz w:val="20"/>
          <w:szCs w:val="20"/>
        </w:rPr>
        <w:t xml:space="preserve">la </w:t>
      </w:r>
      <w:proofErr w:type="spellStart"/>
      <w:r w:rsidRPr="001D0732">
        <w:rPr>
          <w:rFonts w:asciiTheme="majorHAnsi" w:hAnsiTheme="majorHAnsi" w:cstheme="majorHAnsi"/>
          <w:bCs/>
          <w:color w:val="1A365D"/>
          <w:sz w:val="20"/>
          <w:szCs w:val="20"/>
        </w:rPr>
        <w:t>facoltà</w:t>
      </w:r>
      <w:proofErr w:type="spellEnd"/>
      <w:r w:rsidRPr="001D0732">
        <w:rPr>
          <w:rFonts w:asciiTheme="majorHAnsi" w:hAnsiTheme="majorHAnsi" w:cstheme="majorHAnsi"/>
          <w:bCs/>
          <w:color w:val="1A365D"/>
          <w:sz w:val="20"/>
          <w:szCs w:val="20"/>
        </w:rPr>
        <w:t xml:space="preserve"> di </w:t>
      </w:r>
      <w:proofErr w:type="spellStart"/>
      <w:r w:rsidRPr="001D0732">
        <w:rPr>
          <w:rFonts w:asciiTheme="majorHAnsi" w:hAnsiTheme="majorHAnsi" w:cstheme="majorHAnsi"/>
          <w:bCs/>
          <w:color w:val="1A365D"/>
          <w:sz w:val="20"/>
          <w:szCs w:val="20"/>
        </w:rPr>
        <w:t>revoca</w:t>
      </w:r>
      <w:proofErr w:type="spellEnd"/>
      <w:r w:rsidRPr="001D0732">
        <w:rPr>
          <w:rFonts w:asciiTheme="majorHAnsi" w:hAnsiTheme="majorHAnsi" w:cstheme="majorHAnsi"/>
          <w:bCs/>
          <w:color w:val="1A365D"/>
          <w:sz w:val="20"/>
          <w:szCs w:val="20"/>
        </w:rPr>
        <w:t xml:space="preserve"> </w:t>
      </w:r>
      <w:proofErr w:type="spellStart"/>
      <w:r w:rsidRPr="001D0732">
        <w:rPr>
          <w:rFonts w:asciiTheme="majorHAnsi" w:hAnsiTheme="majorHAnsi" w:cstheme="majorHAnsi"/>
          <w:bCs/>
          <w:color w:val="1A365D"/>
          <w:sz w:val="20"/>
          <w:szCs w:val="20"/>
        </w:rPr>
        <w:t>scritta</w:t>
      </w:r>
      <w:proofErr w:type="spellEnd"/>
      <w:r w:rsidRPr="001D0732">
        <w:rPr>
          <w:rFonts w:asciiTheme="majorHAnsi" w:hAnsiTheme="majorHAnsi" w:cstheme="majorHAnsi"/>
          <w:bCs/>
          <w:color w:val="1A365D"/>
          <w:sz w:val="20"/>
          <w:szCs w:val="20"/>
        </w:rPr>
        <w:t xml:space="preserve"> in </w:t>
      </w:r>
      <w:proofErr w:type="spellStart"/>
      <w:r w:rsidRPr="001D0732">
        <w:rPr>
          <w:rFonts w:asciiTheme="majorHAnsi" w:hAnsiTheme="majorHAnsi" w:cstheme="majorHAnsi"/>
          <w:bCs/>
          <w:color w:val="1A365D"/>
          <w:sz w:val="20"/>
          <w:szCs w:val="20"/>
        </w:rPr>
        <w:t>qualsiasi</w:t>
      </w:r>
      <w:proofErr w:type="spellEnd"/>
      <w:r w:rsidRPr="001D0732">
        <w:rPr>
          <w:rFonts w:asciiTheme="majorHAnsi" w:hAnsiTheme="majorHAnsi" w:cstheme="majorHAnsi"/>
          <w:bCs/>
          <w:color w:val="1A365D"/>
          <w:sz w:val="20"/>
          <w:szCs w:val="20"/>
        </w:rPr>
        <w:t xml:space="preserve"> </w:t>
      </w:r>
      <w:proofErr w:type="spellStart"/>
      <w:r w:rsidRPr="001D0732">
        <w:rPr>
          <w:rFonts w:asciiTheme="majorHAnsi" w:hAnsiTheme="majorHAnsi" w:cstheme="majorHAnsi"/>
          <w:bCs/>
          <w:color w:val="1A365D"/>
          <w:sz w:val="20"/>
          <w:szCs w:val="20"/>
        </w:rPr>
        <w:t>momento</w:t>
      </w:r>
      <w:proofErr w:type="spellEnd"/>
      <w:r>
        <w:rPr>
          <w:rFonts w:asciiTheme="majorHAnsi" w:hAnsiTheme="majorHAnsi" w:cstheme="majorHAnsi"/>
          <w:bCs/>
          <w:color w:val="1A365D"/>
          <w:sz w:val="20"/>
          <w:szCs w:val="20"/>
        </w:rPr>
        <w:t>.</w:t>
      </w:r>
    </w:p>
    <w:p w14:paraId="07A19CC3" w14:textId="77777777" w:rsidR="00AC071F" w:rsidRPr="00AC071F" w:rsidRDefault="00AC071F" w:rsidP="00AC071F">
      <w:pPr>
        <w:pStyle w:val="Paragrafoelenco"/>
        <w:spacing w:before="80" w:after="40"/>
        <w:jc w:val="both"/>
        <w:rPr>
          <w:rFonts w:asciiTheme="majorHAnsi" w:hAnsiTheme="majorHAnsi" w:cstheme="majorHAnsi"/>
          <w:bCs/>
          <w:color w:val="1A365D"/>
          <w:sz w:val="20"/>
          <w:szCs w:val="20"/>
        </w:rPr>
      </w:pPr>
    </w:p>
    <w:tbl>
      <w:tblPr>
        <w:tblW w:w="0" w:type="auto"/>
        <w:jc w:val="center"/>
        <w:tblLook w:val="04A0" w:firstRow="1" w:lastRow="0" w:firstColumn="1" w:lastColumn="0" w:noHBand="0" w:noVBand="1"/>
      </w:tblPr>
      <w:tblGrid>
        <w:gridCol w:w="2649"/>
        <w:gridCol w:w="3766"/>
        <w:gridCol w:w="3766"/>
      </w:tblGrid>
      <w:tr w:rsidR="00941D99" w:rsidRPr="00AC071F" w14:paraId="6B570F48" w14:textId="77777777">
        <w:trPr>
          <w:jc w:val="center"/>
        </w:trPr>
        <w:tc>
          <w:tcPr>
            <w:tcW w:w="3312" w:type="dxa"/>
          </w:tcPr>
          <w:p w14:paraId="67ECAC13" w14:textId="77777777" w:rsidR="00941D99" w:rsidRPr="00AC071F" w:rsidRDefault="00226AE4">
            <w:pPr>
              <w:rPr>
                <w:rFonts w:asciiTheme="majorHAnsi" w:hAnsiTheme="majorHAnsi" w:cstheme="majorHAnsi"/>
                <w:sz w:val="20"/>
                <w:szCs w:val="20"/>
              </w:rPr>
            </w:pPr>
            <w:r w:rsidRPr="00AC071F">
              <w:rPr>
                <w:rFonts w:asciiTheme="majorHAnsi" w:hAnsiTheme="majorHAnsi" w:cstheme="majorHAnsi"/>
                <w:b/>
                <w:color w:val="1A365D"/>
                <w:sz w:val="20"/>
                <w:szCs w:val="20"/>
              </w:rPr>
              <w:t>Data: Alberobello, ____/____/_______</w:t>
            </w:r>
          </w:p>
        </w:tc>
        <w:tc>
          <w:tcPr>
            <w:tcW w:w="3312" w:type="dxa"/>
          </w:tcPr>
          <w:p w14:paraId="7D924691" w14:textId="77777777" w:rsidR="00941D99" w:rsidRPr="00AC071F" w:rsidRDefault="00941D99">
            <w:pPr>
              <w:rPr>
                <w:rFonts w:asciiTheme="majorHAnsi" w:hAnsiTheme="majorHAnsi" w:cstheme="majorHAnsi"/>
                <w:sz w:val="20"/>
                <w:szCs w:val="20"/>
              </w:rPr>
            </w:pPr>
          </w:p>
        </w:tc>
        <w:tc>
          <w:tcPr>
            <w:tcW w:w="3557" w:type="dxa"/>
          </w:tcPr>
          <w:p w14:paraId="6FAA1791" w14:textId="77777777" w:rsidR="00941D99" w:rsidRPr="00AC071F" w:rsidRDefault="00941D99">
            <w:pPr>
              <w:rPr>
                <w:rFonts w:asciiTheme="majorHAnsi" w:hAnsiTheme="majorHAnsi" w:cstheme="majorHAnsi"/>
                <w:sz w:val="20"/>
                <w:szCs w:val="20"/>
              </w:rPr>
            </w:pPr>
          </w:p>
        </w:tc>
      </w:tr>
      <w:tr w:rsidR="00941D99" w:rsidRPr="00AC071F" w14:paraId="3B236403" w14:textId="77777777">
        <w:trPr>
          <w:jc w:val="center"/>
        </w:trPr>
        <w:tc>
          <w:tcPr>
            <w:tcW w:w="3394" w:type="dxa"/>
          </w:tcPr>
          <w:p w14:paraId="05F235DF" w14:textId="77777777" w:rsidR="00941D99" w:rsidRPr="00AC071F" w:rsidRDefault="00941D99">
            <w:pPr>
              <w:rPr>
                <w:rFonts w:asciiTheme="majorHAnsi" w:hAnsiTheme="majorHAnsi" w:cstheme="majorHAnsi"/>
                <w:sz w:val="20"/>
                <w:szCs w:val="20"/>
              </w:rPr>
            </w:pPr>
          </w:p>
        </w:tc>
        <w:tc>
          <w:tcPr>
            <w:tcW w:w="3312" w:type="dxa"/>
            <w:tcMar>
              <w:top w:w="100" w:type="dxa"/>
              <w:left w:w="40" w:type="dxa"/>
              <w:bottom w:w="40" w:type="dxa"/>
              <w:right w:w="40" w:type="dxa"/>
            </w:tcMar>
          </w:tcPr>
          <w:p w14:paraId="3809511A" w14:textId="77777777" w:rsidR="00941D99" w:rsidRPr="00AC071F" w:rsidRDefault="00226AE4">
            <w:pPr>
              <w:jc w:val="center"/>
              <w:rPr>
                <w:rFonts w:asciiTheme="majorHAnsi" w:hAnsiTheme="majorHAnsi" w:cstheme="majorHAnsi"/>
                <w:sz w:val="20"/>
                <w:szCs w:val="20"/>
              </w:rPr>
            </w:pPr>
            <w:r w:rsidRPr="00AC071F">
              <w:rPr>
                <w:rFonts w:asciiTheme="majorHAnsi" w:hAnsiTheme="majorHAnsi" w:cstheme="majorHAnsi"/>
                <w:b/>
                <w:color w:val="1A365D"/>
                <w:sz w:val="20"/>
                <w:szCs w:val="20"/>
              </w:rPr>
              <w:t>_____________________________________</w:t>
            </w:r>
            <w:r w:rsidRPr="00AC071F">
              <w:rPr>
                <w:rFonts w:asciiTheme="majorHAnsi" w:hAnsiTheme="majorHAnsi" w:cstheme="majorHAnsi"/>
                <w:b/>
                <w:color w:val="1A365D"/>
                <w:sz w:val="20"/>
                <w:szCs w:val="20"/>
              </w:rPr>
              <w:br/>
              <w:t>Firma del Padre</w:t>
            </w:r>
          </w:p>
        </w:tc>
        <w:tc>
          <w:tcPr>
            <w:tcW w:w="3557" w:type="dxa"/>
            <w:tcMar>
              <w:top w:w="100" w:type="dxa"/>
              <w:left w:w="40" w:type="dxa"/>
              <w:bottom w:w="40" w:type="dxa"/>
              <w:right w:w="40" w:type="dxa"/>
            </w:tcMar>
          </w:tcPr>
          <w:p w14:paraId="587928E9" w14:textId="77777777" w:rsidR="00941D99" w:rsidRPr="00AC071F" w:rsidRDefault="00226AE4">
            <w:pPr>
              <w:jc w:val="center"/>
              <w:rPr>
                <w:rFonts w:asciiTheme="majorHAnsi" w:hAnsiTheme="majorHAnsi" w:cstheme="majorHAnsi"/>
                <w:sz w:val="20"/>
                <w:szCs w:val="20"/>
              </w:rPr>
            </w:pPr>
            <w:r w:rsidRPr="00AC071F">
              <w:rPr>
                <w:rFonts w:asciiTheme="majorHAnsi" w:hAnsiTheme="majorHAnsi" w:cstheme="majorHAnsi"/>
                <w:b/>
                <w:color w:val="1A365D"/>
                <w:sz w:val="20"/>
                <w:szCs w:val="20"/>
              </w:rPr>
              <w:t>_____________________________________</w:t>
            </w:r>
            <w:r w:rsidRPr="00AC071F">
              <w:rPr>
                <w:rFonts w:asciiTheme="majorHAnsi" w:hAnsiTheme="majorHAnsi" w:cstheme="majorHAnsi"/>
                <w:b/>
                <w:color w:val="1A365D"/>
                <w:sz w:val="20"/>
                <w:szCs w:val="20"/>
              </w:rPr>
              <w:br/>
              <w:t>Firma della Madre</w:t>
            </w:r>
          </w:p>
        </w:tc>
      </w:tr>
    </w:tbl>
    <w:p w14:paraId="57C09A1C" w14:textId="77777777" w:rsidR="00941D99" w:rsidRPr="00AC071F" w:rsidRDefault="00941D99">
      <w:pPr>
        <w:spacing w:before="80" w:after="40"/>
        <w:rPr>
          <w:rFonts w:asciiTheme="majorHAnsi" w:hAnsiTheme="majorHAnsi" w:cstheme="majorHAnsi"/>
          <w:sz w:val="20"/>
          <w:szCs w:val="20"/>
        </w:rPr>
      </w:pPr>
    </w:p>
    <w:tbl>
      <w:tblPr>
        <w:tblW w:w="0" w:type="auto"/>
        <w:jc w:val="center"/>
        <w:tblLook w:val="04A0" w:firstRow="1" w:lastRow="0" w:firstColumn="1" w:lastColumn="0" w:noHBand="0" w:noVBand="1"/>
      </w:tblPr>
      <w:tblGrid>
        <w:gridCol w:w="10171"/>
      </w:tblGrid>
      <w:tr w:rsidR="00941D99" w:rsidRPr="00AC071F" w14:paraId="2AB3CDCC" w14:textId="77777777">
        <w:trPr>
          <w:jc w:val="center"/>
        </w:trPr>
        <w:tc>
          <w:tcPr>
            <w:tcW w:w="10181" w:type="dxa"/>
            <w:tcBorders>
              <w:top w:val="single" w:sz="4" w:space="0" w:color="CBD5E1"/>
              <w:left w:val="single" w:sz="4" w:space="0" w:color="CBD5E1"/>
              <w:bottom w:val="single" w:sz="4" w:space="0" w:color="CBD5E1"/>
              <w:right w:val="single" w:sz="4" w:space="0" w:color="CBD5E1"/>
            </w:tcBorders>
            <w:shd w:val="clear" w:color="auto" w:fill="F8FAFC"/>
            <w:tcMar>
              <w:top w:w="50" w:type="dxa"/>
              <w:left w:w="100" w:type="dxa"/>
              <w:bottom w:w="50" w:type="dxa"/>
              <w:right w:w="100" w:type="dxa"/>
            </w:tcMar>
          </w:tcPr>
          <w:p w14:paraId="12E507E8" w14:textId="77777777" w:rsidR="00941D99" w:rsidRPr="00AC071F" w:rsidRDefault="00226AE4">
            <w:pPr>
              <w:spacing w:after="40"/>
              <w:rPr>
                <w:rFonts w:asciiTheme="majorHAnsi" w:hAnsiTheme="majorHAnsi" w:cstheme="majorHAnsi"/>
                <w:sz w:val="20"/>
                <w:szCs w:val="20"/>
              </w:rPr>
            </w:pPr>
            <w:r w:rsidRPr="00AC071F">
              <w:rPr>
                <w:rFonts w:asciiTheme="majorHAnsi" w:hAnsiTheme="majorHAnsi" w:cstheme="majorHAnsi"/>
                <w:b/>
                <w:color w:val="1A365D"/>
                <w:sz w:val="20"/>
                <w:szCs w:val="20"/>
              </w:rPr>
              <w:t>DA COMPILARE IN CASO DI FIRMA DI UN SOLO GENITORE (Art. 316 Codice Civile):</w:t>
            </w:r>
            <w:r w:rsidRPr="00AC071F">
              <w:rPr>
                <w:rFonts w:asciiTheme="majorHAnsi" w:hAnsiTheme="majorHAnsi" w:cstheme="majorHAnsi"/>
                <w:b/>
                <w:color w:val="1A365D"/>
                <w:sz w:val="20"/>
                <w:szCs w:val="20"/>
              </w:rPr>
              <w:br/>
            </w:r>
            <w:r w:rsidRPr="00AC071F">
              <w:rPr>
                <w:rFonts w:asciiTheme="majorHAnsi" w:hAnsiTheme="majorHAnsi" w:cstheme="majorHAnsi"/>
                <w:color w:val="1E293B"/>
                <w:sz w:val="20"/>
                <w:szCs w:val="20"/>
              </w:rPr>
              <w:t>Il/La sottoscritto/a, consapevole delle sanzioni penali previste dall'art. 76 del D.P.R. 445/2000 per le dichiarazioni men</w:t>
            </w:r>
            <w:r w:rsidRPr="00AC071F">
              <w:rPr>
                <w:rFonts w:asciiTheme="majorHAnsi" w:hAnsiTheme="majorHAnsi" w:cstheme="majorHAnsi"/>
                <w:color w:val="1E293B"/>
                <w:sz w:val="20"/>
                <w:szCs w:val="20"/>
              </w:rPr>
              <w:t>daci, dichiara che la presente scelta è stata condivisa con l'altro genitore nell'esercizio della responsabilità genitoriale.</w:t>
            </w:r>
          </w:p>
          <w:p w14:paraId="776CF9B0" w14:textId="77777777" w:rsidR="00941D99" w:rsidRPr="00AC071F" w:rsidRDefault="00226AE4">
            <w:pPr>
              <w:spacing w:before="120" w:after="0"/>
              <w:jc w:val="right"/>
              <w:rPr>
                <w:rFonts w:asciiTheme="majorHAnsi" w:hAnsiTheme="majorHAnsi" w:cstheme="majorHAnsi"/>
                <w:sz w:val="20"/>
                <w:szCs w:val="20"/>
              </w:rPr>
            </w:pPr>
            <w:r w:rsidRPr="00AC071F">
              <w:rPr>
                <w:rFonts w:asciiTheme="majorHAnsi" w:hAnsiTheme="majorHAnsi" w:cstheme="majorHAnsi"/>
                <w:b/>
                <w:color w:val="1A365D"/>
                <w:sz w:val="20"/>
                <w:szCs w:val="20"/>
              </w:rPr>
              <w:t>_________________________________________</w:t>
            </w:r>
            <w:r w:rsidRPr="00AC071F">
              <w:rPr>
                <w:rFonts w:asciiTheme="majorHAnsi" w:hAnsiTheme="majorHAnsi" w:cstheme="majorHAnsi"/>
                <w:b/>
                <w:color w:val="1A365D"/>
                <w:sz w:val="20"/>
                <w:szCs w:val="20"/>
              </w:rPr>
              <w:br/>
              <w:t xml:space="preserve">Firma del Genitore Dichiarante   </w:t>
            </w:r>
          </w:p>
        </w:tc>
      </w:tr>
    </w:tbl>
    <w:p w14:paraId="4EEAE480" w14:textId="77777777" w:rsidR="00941D99" w:rsidRPr="00AC071F" w:rsidRDefault="00226AE4">
      <w:pPr>
        <w:spacing w:before="80" w:after="0"/>
        <w:rPr>
          <w:rFonts w:asciiTheme="majorHAnsi" w:hAnsiTheme="majorHAnsi" w:cstheme="majorHAnsi"/>
          <w:sz w:val="20"/>
          <w:szCs w:val="20"/>
        </w:rPr>
      </w:pPr>
      <w:r w:rsidRPr="00AC071F">
        <w:rPr>
          <w:rFonts w:asciiTheme="majorHAnsi" w:hAnsiTheme="majorHAnsi" w:cstheme="majorHAnsi"/>
          <w:b/>
          <w:color w:val="1A365D"/>
          <w:sz w:val="20"/>
          <w:szCs w:val="20"/>
          <w:u w:val="single"/>
        </w:rPr>
        <w:t xml:space="preserve">Allegati obbligatori: </w:t>
      </w:r>
      <w:r w:rsidRPr="00AC071F">
        <w:rPr>
          <w:rFonts w:asciiTheme="majorHAnsi" w:hAnsiTheme="majorHAnsi" w:cstheme="majorHAnsi"/>
          <w:color w:val="475569"/>
          <w:sz w:val="20"/>
          <w:szCs w:val="20"/>
          <w:u w:val="single"/>
        </w:rPr>
        <w:t xml:space="preserve">Copia del documento di </w:t>
      </w:r>
      <w:r w:rsidRPr="00AC071F">
        <w:rPr>
          <w:rFonts w:asciiTheme="majorHAnsi" w:hAnsiTheme="majorHAnsi" w:cstheme="majorHAnsi"/>
          <w:color w:val="475569"/>
          <w:sz w:val="20"/>
          <w:szCs w:val="20"/>
          <w:u w:val="single"/>
        </w:rPr>
        <w:t>identità in corso di validità dei sottoscrittori.</w:t>
      </w:r>
      <w:r w:rsidRPr="00AC071F">
        <w:rPr>
          <w:rFonts w:asciiTheme="majorHAnsi" w:hAnsiTheme="majorHAnsi" w:cstheme="majorHAnsi"/>
          <w:color w:val="475569"/>
          <w:sz w:val="20"/>
          <w:szCs w:val="20"/>
        </w:rPr>
        <w:br/>
      </w:r>
      <w:r w:rsidRPr="00AC071F">
        <w:rPr>
          <w:rFonts w:asciiTheme="majorHAnsi" w:hAnsiTheme="majorHAnsi" w:cstheme="majorHAnsi"/>
          <w:b/>
          <w:color w:val="1A365D"/>
          <w:sz w:val="20"/>
          <w:szCs w:val="20"/>
        </w:rPr>
        <w:t xml:space="preserve">Informativa Privacy (GDPR UE 2016/679): </w:t>
      </w:r>
      <w:r w:rsidRPr="00AC071F">
        <w:rPr>
          <w:rFonts w:asciiTheme="majorHAnsi" w:hAnsiTheme="majorHAnsi" w:cstheme="majorHAnsi"/>
          <w:color w:val="475569"/>
          <w:sz w:val="20"/>
          <w:szCs w:val="20"/>
        </w:rPr>
        <w:t xml:space="preserve">I dati raccolti saranno trattati dall'I.C. "Don D. Morea - L. Tinelli" esclusivamente per le finalità istituzionali e di vigilanza connesse al servizio </w:t>
      </w:r>
      <w:r w:rsidRPr="00AC071F">
        <w:rPr>
          <w:rFonts w:asciiTheme="majorHAnsi" w:hAnsiTheme="majorHAnsi" w:cstheme="majorHAnsi"/>
          <w:color w:val="475569"/>
          <w:sz w:val="20"/>
          <w:szCs w:val="20"/>
        </w:rPr>
        <w:t>scolastico.</w:t>
      </w:r>
    </w:p>
    <w:sectPr w:rsidR="00941D99" w:rsidRPr="00AC071F" w:rsidSect="00AC071F">
      <w:headerReference w:type="default" r:id="rId8"/>
      <w:footerReference w:type="even" r:id="rId9"/>
      <w:footerReference w:type="default" r:id="rId10"/>
      <w:headerReference w:type="first" r:id="rId11"/>
      <w:footerReference w:type="first" r:id="rId12"/>
      <w:pgSz w:w="11909" w:h="16834"/>
      <w:pgMar w:top="720" w:right="864"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8D901" w14:textId="77777777" w:rsidR="00C22F37" w:rsidRDefault="00C22F37" w:rsidP="00AA7F0A">
      <w:pPr>
        <w:spacing w:after="0" w:line="240" w:lineRule="auto"/>
      </w:pPr>
      <w:r>
        <w:separator/>
      </w:r>
    </w:p>
  </w:endnote>
  <w:endnote w:type="continuationSeparator" w:id="0">
    <w:p w14:paraId="7941C26B" w14:textId="77777777" w:rsidR="00C22F37" w:rsidRDefault="00C22F37" w:rsidP="00AA7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107918823"/>
      <w:docPartObj>
        <w:docPartGallery w:val="Page Numbers (Bottom of Page)"/>
        <w:docPartUnique/>
      </w:docPartObj>
    </w:sdtPr>
    <w:sdtEndPr>
      <w:rPr>
        <w:rStyle w:val="Numeropagina"/>
      </w:rPr>
    </w:sdtEndPr>
    <w:sdtContent>
      <w:p w14:paraId="4B9A9A84" w14:textId="3584B2F6" w:rsidR="00AA7F0A" w:rsidRDefault="00AA7F0A" w:rsidP="00AC071F">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sidR="00226AE4">
          <w:rPr>
            <w:rStyle w:val="Numeropagina"/>
          </w:rPr>
          <w:fldChar w:fldCharType="separate"/>
        </w:r>
        <w:r>
          <w:rPr>
            <w:rStyle w:val="Numeropagina"/>
          </w:rPr>
          <w:fldChar w:fldCharType="end"/>
        </w:r>
      </w:p>
    </w:sdtContent>
  </w:sdt>
  <w:p w14:paraId="4A056258" w14:textId="77777777" w:rsidR="00AA7F0A" w:rsidRDefault="00AA7F0A" w:rsidP="00AA7F0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818798781"/>
      <w:docPartObj>
        <w:docPartGallery w:val="Page Numbers (Bottom of Page)"/>
        <w:docPartUnique/>
      </w:docPartObj>
    </w:sdtPr>
    <w:sdtEndPr>
      <w:rPr>
        <w:rStyle w:val="Numeropagina"/>
      </w:rPr>
    </w:sdtEndPr>
    <w:sdtContent>
      <w:p w14:paraId="7914BBEB" w14:textId="531382B9" w:rsidR="00AA7F0A" w:rsidRDefault="00AA7F0A" w:rsidP="00AC071F">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2383244F" w14:textId="77777777" w:rsidR="00AA7F0A" w:rsidRDefault="00AA7F0A" w:rsidP="00AA7F0A">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ACB5" w14:textId="15026A2C" w:rsidR="00AA7F0A" w:rsidRPr="00727407" w:rsidRDefault="00AA7F0A" w:rsidP="00AA7F0A">
    <w:pPr>
      <w:pStyle w:val="Pidipagina"/>
      <w:jc w:val="center"/>
      <w:rPr>
        <w:rFonts w:asciiTheme="majorHAnsi" w:hAnsiTheme="majorHAnsi" w:cstheme="majorHAnsi"/>
        <w:sz w:val="16"/>
        <w:szCs w:val="16"/>
      </w:rPr>
    </w:pPr>
    <w:proofErr w:type="spellStart"/>
    <w:r w:rsidRPr="00727407">
      <w:rPr>
        <w:rFonts w:asciiTheme="majorHAnsi" w:hAnsiTheme="majorHAnsi" w:cstheme="majorHAnsi"/>
        <w:sz w:val="16"/>
        <w:szCs w:val="16"/>
      </w:rPr>
      <w:t>Istituto</w:t>
    </w:r>
    <w:proofErr w:type="spellEnd"/>
    <w:r w:rsidRPr="00727407">
      <w:rPr>
        <w:rFonts w:asciiTheme="majorHAnsi" w:hAnsiTheme="majorHAnsi" w:cstheme="majorHAnsi"/>
        <w:sz w:val="16"/>
        <w:szCs w:val="16"/>
      </w:rPr>
      <w:t xml:space="preserve"> </w:t>
    </w:r>
    <w:proofErr w:type="spellStart"/>
    <w:r w:rsidRPr="00727407">
      <w:rPr>
        <w:rFonts w:asciiTheme="majorHAnsi" w:hAnsiTheme="majorHAnsi" w:cstheme="majorHAnsi"/>
        <w:sz w:val="16"/>
        <w:szCs w:val="16"/>
      </w:rPr>
      <w:t>Comprensivo</w:t>
    </w:r>
    <w:proofErr w:type="spellEnd"/>
    <w:r w:rsidRPr="00727407">
      <w:rPr>
        <w:rFonts w:asciiTheme="majorHAnsi" w:hAnsiTheme="majorHAnsi" w:cstheme="majorHAnsi"/>
        <w:sz w:val="16"/>
        <w:szCs w:val="16"/>
      </w:rPr>
      <w:t xml:space="preserve"> "Don D. Morea - L. Tinelli" Via Dante, 35 - 70011 </w:t>
    </w:r>
    <w:proofErr w:type="spellStart"/>
    <w:r w:rsidRPr="00727407">
      <w:rPr>
        <w:rFonts w:asciiTheme="majorHAnsi" w:hAnsiTheme="majorHAnsi" w:cstheme="majorHAnsi"/>
        <w:sz w:val="16"/>
        <w:szCs w:val="16"/>
      </w:rPr>
      <w:t>Alberobello</w:t>
    </w:r>
    <w:proofErr w:type="spellEnd"/>
    <w:r w:rsidRPr="00727407">
      <w:rPr>
        <w:rFonts w:asciiTheme="majorHAnsi" w:hAnsiTheme="majorHAnsi" w:cstheme="majorHAnsi"/>
        <w:sz w:val="16"/>
        <w:szCs w:val="16"/>
      </w:rPr>
      <w:t xml:space="preserve"> (BA)</w:t>
    </w:r>
  </w:p>
  <w:p w14:paraId="251A6FFA" w14:textId="77777777" w:rsidR="00AA7F0A" w:rsidRPr="00727407" w:rsidRDefault="00AA7F0A" w:rsidP="00AA7F0A">
    <w:pPr>
      <w:pStyle w:val="Pidipagina"/>
      <w:jc w:val="center"/>
      <w:rPr>
        <w:rFonts w:asciiTheme="majorHAnsi" w:hAnsiTheme="majorHAnsi" w:cstheme="majorHAnsi"/>
        <w:sz w:val="16"/>
        <w:szCs w:val="16"/>
      </w:rPr>
    </w:pPr>
    <w:proofErr w:type="spellStart"/>
    <w:r w:rsidRPr="00727407">
      <w:rPr>
        <w:rFonts w:asciiTheme="majorHAnsi" w:hAnsiTheme="majorHAnsi" w:cstheme="majorHAnsi"/>
        <w:sz w:val="16"/>
        <w:szCs w:val="16"/>
      </w:rPr>
      <w:t>Telefono</w:t>
    </w:r>
    <w:proofErr w:type="spellEnd"/>
    <w:r w:rsidRPr="00727407">
      <w:rPr>
        <w:rFonts w:asciiTheme="majorHAnsi" w:hAnsiTheme="majorHAnsi" w:cstheme="majorHAnsi"/>
        <w:sz w:val="16"/>
        <w:szCs w:val="16"/>
      </w:rPr>
      <w:t xml:space="preserve">: 0804321011 - PEO: </w:t>
    </w:r>
    <w:hyperlink r:id="rId1" w:history="1">
      <w:r w:rsidRPr="00727407">
        <w:rPr>
          <w:rStyle w:val="Collegamentoipertestuale"/>
          <w:rFonts w:asciiTheme="majorHAnsi" w:hAnsiTheme="majorHAnsi" w:cstheme="majorHAnsi"/>
          <w:sz w:val="16"/>
          <w:szCs w:val="16"/>
        </w:rPr>
        <w:t>baic820001@istruzione.it</w:t>
      </w:r>
    </w:hyperlink>
    <w:r w:rsidRPr="00727407">
      <w:rPr>
        <w:rFonts w:asciiTheme="majorHAnsi" w:hAnsiTheme="majorHAnsi" w:cstheme="majorHAnsi"/>
        <w:sz w:val="16"/>
        <w:szCs w:val="16"/>
      </w:rPr>
      <w:t xml:space="preserve"> - PEC: </w:t>
    </w:r>
    <w:hyperlink r:id="rId2" w:history="1">
      <w:r w:rsidRPr="00727407">
        <w:rPr>
          <w:rStyle w:val="Collegamentoipertestuale"/>
          <w:rFonts w:asciiTheme="majorHAnsi" w:hAnsiTheme="majorHAnsi" w:cstheme="majorHAnsi"/>
          <w:sz w:val="16"/>
          <w:szCs w:val="16"/>
        </w:rPr>
        <w:t>baic820001@pec.istruzione.it</w:t>
      </w:r>
    </w:hyperlink>
    <w:r w:rsidRPr="00727407">
      <w:rPr>
        <w:rFonts w:asciiTheme="majorHAnsi" w:hAnsiTheme="majorHAnsi" w:cstheme="majorHAnsi"/>
        <w:sz w:val="16"/>
        <w:szCs w:val="16"/>
      </w:rPr>
      <w:t xml:space="preserve"> - WEB: </w:t>
    </w:r>
    <w:hyperlink r:id="rId3" w:history="1">
      <w:r w:rsidRPr="00727407">
        <w:rPr>
          <w:rStyle w:val="Collegamentoipertestuale"/>
          <w:rFonts w:asciiTheme="majorHAnsi" w:hAnsiTheme="majorHAnsi" w:cstheme="majorHAnsi"/>
          <w:sz w:val="16"/>
          <w:szCs w:val="16"/>
        </w:rPr>
        <w:t>www.icmoreatinelli.edu.it</w:t>
      </w:r>
    </w:hyperlink>
  </w:p>
  <w:p w14:paraId="4594D9B1" w14:textId="2F6C2B5F" w:rsidR="00AA7F0A" w:rsidRPr="00AA7F0A" w:rsidRDefault="00AA7F0A" w:rsidP="00AA7F0A">
    <w:pPr>
      <w:pStyle w:val="Pidipagina"/>
      <w:jc w:val="center"/>
      <w:rPr>
        <w:rFonts w:asciiTheme="majorHAnsi" w:hAnsiTheme="majorHAnsi" w:cstheme="majorHAnsi"/>
        <w:sz w:val="16"/>
        <w:szCs w:val="16"/>
      </w:rPr>
    </w:pPr>
    <w:proofErr w:type="spellStart"/>
    <w:r w:rsidRPr="00727407">
      <w:rPr>
        <w:rFonts w:asciiTheme="majorHAnsi" w:hAnsiTheme="majorHAnsi" w:cstheme="majorHAnsi"/>
        <w:sz w:val="16"/>
        <w:szCs w:val="16"/>
      </w:rPr>
      <w:t>Codice</w:t>
    </w:r>
    <w:proofErr w:type="spellEnd"/>
    <w:r w:rsidRPr="00727407">
      <w:rPr>
        <w:rFonts w:asciiTheme="majorHAnsi" w:hAnsiTheme="majorHAnsi" w:cstheme="majorHAnsi"/>
        <w:sz w:val="16"/>
        <w:szCs w:val="16"/>
      </w:rPr>
      <w:t xml:space="preserve"> </w:t>
    </w:r>
    <w:proofErr w:type="spellStart"/>
    <w:r w:rsidRPr="00727407">
      <w:rPr>
        <w:rFonts w:asciiTheme="majorHAnsi" w:hAnsiTheme="majorHAnsi" w:cstheme="majorHAnsi"/>
        <w:sz w:val="16"/>
        <w:szCs w:val="16"/>
      </w:rPr>
      <w:t>Meccanografico</w:t>
    </w:r>
    <w:proofErr w:type="spellEnd"/>
    <w:r w:rsidRPr="00727407">
      <w:rPr>
        <w:rFonts w:asciiTheme="majorHAnsi" w:hAnsiTheme="majorHAnsi" w:cstheme="majorHAnsi"/>
        <w:sz w:val="16"/>
        <w:szCs w:val="16"/>
      </w:rPr>
      <w:t xml:space="preserve"> BAIC820001 - </w:t>
    </w:r>
    <w:proofErr w:type="spellStart"/>
    <w:r w:rsidRPr="00727407">
      <w:rPr>
        <w:rFonts w:asciiTheme="majorHAnsi" w:hAnsiTheme="majorHAnsi" w:cstheme="majorHAnsi"/>
        <w:sz w:val="16"/>
        <w:szCs w:val="16"/>
      </w:rPr>
      <w:t>Codice</w:t>
    </w:r>
    <w:proofErr w:type="spellEnd"/>
    <w:r w:rsidRPr="00727407">
      <w:rPr>
        <w:rFonts w:asciiTheme="majorHAnsi" w:hAnsiTheme="majorHAnsi" w:cstheme="majorHAnsi"/>
        <w:sz w:val="16"/>
        <w:szCs w:val="16"/>
      </w:rPr>
      <w:t xml:space="preserve"> </w:t>
    </w:r>
    <w:proofErr w:type="spellStart"/>
    <w:r w:rsidRPr="00727407">
      <w:rPr>
        <w:rFonts w:asciiTheme="majorHAnsi" w:hAnsiTheme="majorHAnsi" w:cstheme="majorHAnsi"/>
        <w:sz w:val="16"/>
        <w:szCs w:val="16"/>
      </w:rPr>
      <w:t>Fiscale</w:t>
    </w:r>
    <w:proofErr w:type="spellEnd"/>
    <w:r w:rsidRPr="00727407">
      <w:rPr>
        <w:rFonts w:asciiTheme="majorHAnsi" w:hAnsiTheme="majorHAnsi" w:cstheme="majorHAnsi"/>
        <w:sz w:val="16"/>
        <w:szCs w:val="16"/>
      </w:rPr>
      <w:t xml:space="preserve">: 91108190728 - </w:t>
    </w:r>
    <w:proofErr w:type="spellStart"/>
    <w:r w:rsidRPr="00727407">
      <w:rPr>
        <w:rFonts w:asciiTheme="majorHAnsi" w:hAnsiTheme="majorHAnsi" w:cstheme="majorHAnsi"/>
        <w:sz w:val="16"/>
        <w:szCs w:val="16"/>
      </w:rPr>
      <w:t>Codice</w:t>
    </w:r>
    <w:proofErr w:type="spellEnd"/>
    <w:r w:rsidRPr="00727407">
      <w:rPr>
        <w:rFonts w:asciiTheme="majorHAnsi" w:hAnsiTheme="majorHAnsi" w:cstheme="majorHAnsi"/>
        <w:sz w:val="16"/>
        <w:szCs w:val="16"/>
      </w:rPr>
      <w:t xml:space="preserve"> </w:t>
    </w:r>
    <w:proofErr w:type="spellStart"/>
    <w:r w:rsidRPr="00727407">
      <w:rPr>
        <w:rFonts w:asciiTheme="majorHAnsi" w:hAnsiTheme="majorHAnsi" w:cstheme="majorHAnsi"/>
        <w:sz w:val="16"/>
        <w:szCs w:val="16"/>
      </w:rPr>
      <w:t>Fatturazione</w:t>
    </w:r>
    <w:proofErr w:type="spellEnd"/>
    <w:r w:rsidRPr="00727407">
      <w:rPr>
        <w:rFonts w:asciiTheme="majorHAnsi" w:hAnsiTheme="majorHAnsi" w:cstheme="majorHAnsi"/>
        <w:sz w:val="16"/>
        <w:szCs w:val="16"/>
      </w:rPr>
      <w:t xml:space="preserve"> </w:t>
    </w:r>
    <w:proofErr w:type="spellStart"/>
    <w:r w:rsidRPr="00727407">
      <w:rPr>
        <w:rFonts w:asciiTheme="majorHAnsi" w:hAnsiTheme="majorHAnsi" w:cstheme="majorHAnsi"/>
        <w:sz w:val="16"/>
        <w:szCs w:val="16"/>
      </w:rPr>
      <w:t>Elettronica</w:t>
    </w:r>
    <w:proofErr w:type="spellEnd"/>
    <w:r w:rsidRPr="00727407">
      <w:rPr>
        <w:rFonts w:asciiTheme="majorHAnsi" w:hAnsiTheme="majorHAnsi" w:cstheme="majorHAnsi"/>
        <w:sz w:val="16"/>
        <w:szCs w:val="16"/>
      </w:rPr>
      <w:t>: UFP4KD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E9022" w14:textId="77777777" w:rsidR="00C22F37" w:rsidRDefault="00C22F37" w:rsidP="00AA7F0A">
      <w:pPr>
        <w:spacing w:after="0" w:line="240" w:lineRule="auto"/>
      </w:pPr>
      <w:r>
        <w:separator/>
      </w:r>
    </w:p>
  </w:footnote>
  <w:footnote w:type="continuationSeparator" w:id="0">
    <w:p w14:paraId="1A32918F" w14:textId="77777777" w:rsidR="00C22F37" w:rsidRDefault="00C22F37" w:rsidP="00AA7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547A5" w14:textId="3F7ABBAA" w:rsidR="00AA7F0A" w:rsidRDefault="00AA7F0A">
    <w:pPr>
      <w:pStyle w:val="Intestazione"/>
    </w:pPr>
  </w:p>
  <w:p w14:paraId="1E92140D" w14:textId="77777777" w:rsidR="00AA7F0A" w:rsidRDefault="00AA7F0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3E50F" w14:textId="06C19028" w:rsidR="00AA7F0A" w:rsidRDefault="00AA7F0A">
    <w:pPr>
      <w:pStyle w:val="Intestazione"/>
    </w:pPr>
    <w:r>
      <w:rPr>
        <w:noProof/>
      </w:rPr>
      <w:drawing>
        <wp:inline distT="0" distB="0" distL="0" distR="0" wp14:anchorId="4AC40CDF" wp14:editId="5E2EA5A5">
          <wp:extent cx="6120130" cy="1087120"/>
          <wp:effectExtent l="0" t="0" r="1270" b="5080"/>
          <wp:docPr id="1299188996" name="Immagine 1299188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t="9514"/>
                  <a:stretch>
                    <a:fillRect/>
                  </a:stretch>
                </pic:blipFill>
                <pic:spPr bwMode="auto">
                  <a:xfrm>
                    <a:off x="0" y="0"/>
                    <a:ext cx="6120130" cy="10871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180E0C28"/>
    <w:multiLevelType w:val="hybridMultilevel"/>
    <w:tmpl w:val="DD3CF2BE"/>
    <w:lvl w:ilvl="0" w:tplc="10B41F78">
      <w:start w:val="1"/>
      <w:numFmt w:val="decimal"/>
      <w:lvlText w:val="%1."/>
      <w:lvlJc w:val="left"/>
      <w:pPr>
        <w:ind w:left="720" w:hanging="360"/>
      </w:pPr>
      <w:rPr>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76F4C3F"/>
    <w:multiLevelType w:val="hybridMultilevel"/>
    <w:tmpl w:val="AEEC009E"/>
    <w:lvl w:ilvl="0" w:tplc="10B41F78">
      <w:start w:val="1"/>
      <w:numFmt w:val="decimal"/>
      <w:lvlText w:val="%1."/>
      <w:lvlJc w:val="left"/>
      <w:pPr>
        <w:ind w:left="720" w:hanging="360"/>
      </w:pPr>
      <w:rPr>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E59"/>
    <w:rsid w:val="0015074B"/>
    <w:rsid w:val="001D0732"/>
    <w:rsid w:val="00226AE4"/>
    <w:rsid w:val="00275324"/>
    <w:rsid w:val="0029639D"/>
    <w:rsid w:val="00326F90"/>
    <w:rsid w:val="003F5F6F"/>
    <w:rsid w:val="00643DD4"/>
    <w:rsid w:val="008C05D9"/>
    <w:rsid w:val="00941D99"/>
    <w:rsid w:val="00A66209"/>
    <w:rsid w:val="00AA1D8D"/>
    <w:rsid w:val="00AA7F0A"/>
    <w:rsid w:val="00AC071F"/>
    <w:rsid w:val="00B47730"/>
    <w:rsid w:val="00C22F37"/>
    <w:rsid w:val="00CB0664"/>
    <w:rsid w:val="00F333C5"/>
    <w:rsid w:val="00F832A2"/>
    <w:rsid w:val="00FC693F"/>
    <w:rsid w:val="00FE1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8B530C"/>
  <w14:defaultImageDpi w14:val="300"/>
  <w15:docId w15:val="{A81F6C8E-F982-A04E-84D7-2F8DFD81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Numeropagina">
    <w:name w:val="page number"/>
    <w:basedOn w:val="Carpredefinitoparagrafo"/>
    <w:uiPriority w:val="99"/>
    <w:semiHidden/>
    <w:unhideWhenUsed/>
    <w:rsid w:val="00AA7F0A"/>
  </w:style>
  <w:style w:type="character" w:styleId="Collegamentoipertestuale">
    <w:name w:val="Hyperlink"/>
    <w:uiPriority w:val="99"/>
    <w:unhideWhenUsed/>
    <w:rsid w:val="00AA7F0A"/>
    <w:rPr>
      <w:color w:val="0563C1"/>
      <w:u w:val="single"/>
    </w:rPr>
  </w:style>
  <w:style w:type="paragraph" w:customStyle="1" w:styleId="p1">
    <w:name w:val="p1"/>
    <w:basedOn w:val="Normale"/>
    <w:rsid w:val="00AC071F"/>
    <w:pPr>
      <w:spacing w:after="0" w:line="240" w:lineRule="auto"/>
    </w:pPr>
    <w:rPr>
      <w:rFonts w:ascii="Times New Roman" w:eastAsia="Times New Roman" w:hAnsi="Times New Roman" w:cs="Times New Roman"/>
      <w:color w:val="000000"/>
      <w:sz w:val="17"/>
      <w:szCs w:val="17"/>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http://www.icmoreatinelli.edu.it" TargetMode="External"/><Relationship Id="rId2" Type="http://schemas.openxmlformats.org/officeDocument/2006/relationships/hyperlink" Target="mailto:baic820001@pec.istruzione.it" TargetMode="External"/><Relationship Id="rId1" Type="http://schemas.openxmlformats.org/officeDocument/2006/relationships/hyperlink" Target="mailto:baic820001@istruzione.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762</Words>
  <Characters>4350</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client</cp:lastModifiedBy>
  <cp:revision>2</cp:revision>
  <dcterms:created xsi:type="dcterms:W3CDTF">2026-09-07T12:21:00Z</dcterms:created>
  <dcterms:modified xsi:type="dcterms:W3CDTF">2026-09-07T12:21:00Z</dcterms:modified>
  <cp:category/>
</cp:coreProperties>
</file>